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DBEFC" w14:textId="6C0D4C99" w:rsidR="004249EE" w:rsidRPr="006424CE" w:rsidRDefault="28463A45" w:rsidP="006424CE">
      <w:pPr>
        <w:pStyle w:val="Title"/>
        <w:jc w:val="center"/>
        <w:rPr>
          <w:rFonts w:ascii="Aptos" w:hAnsi="Aptos"/>
          <w:color w:val="002060"/>
          <w:sz w:val="40"/>
          <w:szCs w:val="48"/>
        </w:rPr>
      </w:pPr>
      <w:r w:rsidRPr="006424CE">
        <w:rPr>
          <w:rFonts w:ascii="Aptos" w:hAnsi="Aptos"/>
          <w:color w:val="002060"/>
          <w:sz w:val="40"/>
          <w:szCs w:val="48"/>
        </w:rPr>
        <w:t>Young Person’s Work Placement</w:t>
      </w:r>
      <w:r w:rsidR="00000000" w:rsidRPr="006424CE">
        <w:rPr>
          <w:rFonts w:ascii="Aptos" w:hAnsi="Aptos"/>
          <w:sz w:val="40"/>
          <w:szCs w:val="48"/>
        </w:rPr>
        <w:br/>
      </w:r>
      <w:r w:rsidRPr="006424CE">
        <w:rPr>
          <w:rFonts w:ascii="Aptos" w:hAnsi="Aptos"/>
          <w:color w:val="002060"/>
          <w:sz w:val="40"/>
          <w:szCs w:val="48"/>
        </w:rPr>
        <w:t>Risk Assessment Template</w:t>
      </w:r>
    </w:p>
    <w:tbl>
      <w:tblPr>
        <w:tblStyle w:val="TableGrid"/>
        <w:tblW w:w="0" w:type="auto"/>
        <w:tblLook w:val="04A0" w:firstRow="1" w:lastRow="0" w:firstColumn="1" w:lastColumn="0" w:noHBand="0" w:noVBand="1"/>
      </w:tblPr>
      <w:tblGrid>
        <w:gridCol w:w="10500"/>
      </w:tblGrid>
      <w:tr w:rsidR="28463A45" w:rsidRPr="004F51E8" w14:paraId="68CE6A42" w14:textId="77777777" w:rsidTr="28463A45">
        <w:tc>
          <w:tcPr>
            <w:tcW w:w="10500" w:type="dxa"/>
            <w:shd w:val="clear" w:color="auto" w:fill="DAE8F8"/>
          </w:tcPr>
          <w:p w14:paraId="7E0B0E96" w14:textId="2B8B3063" w:rsidR="28463A45" w:rsidRPr="004F51E8" w:rsidRDefault="28463A45" w:rsidP="28463A45">
            <w:pPr>
              <w:rPr>
                <w:sz w:val="20"/>
                <w:szCs w:val="20"/>
              </w:rPr>
            </w:pPr>
            <w:r w:rsidRPr="004F51E8">
              <w:rPr>
                <w:b/>
                <w:bCs/>
                <w:color w:val="002060"/>
                <w:sz w:val="20"/>
                <w:szCs w:val="20"/>
              </w:rPr>
              <w:t xml:space="preserve">Purpose: </w:t>
            </w:r>
            <w:r w:rsidR="006424CE" w:rsidRPr="006424CE">
              <w:rPr>
                <w:sz w:val="20"/>
                <w:szCs w:val="20"/>
              </w:rPr>
              <w:t>For employers hosting school pupils or other young people</w:t>
            </w:r>
            <w:r w:rsidR="006424CE">
              <w:rPr>
                <w:sz w:val="20"/>
                <w:szCs w:val="20"/>
              </w:rPr>
              <w:t>,</w:t>
            </w:r>
            <w:r w:rsidR="006424CE" w:rsidRPr="006424CE">
              <w:rPr>
                <w:sz w:val="20"/>
                <w:szCs w:val="20"/>
              </w:rPr>
              <w:t xml:space="preserve"> </w:t>
            </w:r>
            <w:r w:rsidR="006424CE">
              <w:rPr>
                <w:sz w:val="20"/>
                <w:szCs w:val="20"/>
              </w:rPr>
              <w:t>u</w:t>
            </w:r>
            <w:r w:rsidRPr="004F51E8">
              <w:rPr>
                <w:sz w:val="20"/>
                <w:szCs w:val="20"/>
              </w:rPr>
              <w:t>se this template to record the hazards associated with a placement, the controls already in place and any further action required. Consider the young person’s age, experience, maturity, understanding, physical capability and any individual support needs. Adapt the assessment to the workplace, role and planned activities.</w:t>
            </w:r>
          </w:p>
        </w:tc>
      </w:tr>
    </w:tbl>
    <w:p w14:paraId="0B1E7881" w14:textId="77777777" w:rsidR="004249EE" w:rsidRPr="004F51E8" w:rsidRDefault="28463A45" w:rsidP="28463A45">
      <w:pPr>
        <w:pStyle w:val="Heading1"/>
        <w:rPr>
          <w:rFonts w:ascii="Aptos" w:hAnsi="Aptos"/>
          <w:color w:val="002060"/>
          <w:sz w:val="20"/>
          <w:szCs w:val="20"/>
        </w:rPr>
      </w:pPr>
      <w:r w:rsidRPr="004F51E8">
        <w:rPr>
          <w:rFonts w:ascii="Aptos" w:hAnsi="Aptos"/>
          <w:color w:val="002060"/>
          <w:sz w:val="20"/>
          <w:szCs w:val="20"/>
        </w:rPr>
        <w:t>1. Placement details</w:t>
      </w:r>
    </w:p>
    <w:tbl>
      <w:tblPr>
        <w:tblStyle w:val="TableGrid"/>
        <w:tblW w:w="0" w:type="auto"/>
        <w:tblLook w:val="04A0" w:firstRow="1" w:lastRow="0" w:firstColumn="1" w:lastColumn="0" w:noHBand="0" w:noVBand="1"/>
      </w:tblPr>
      <w:tblGrid>
        <w:gridCol w:w="5250"/>
        <w:gridCol w:w="5250"/>
      </w:tblGrid>
      <w:tr w:rsidR="28463A45" w:rsidRPr="004F51E8" w14:paraId="7329CDC9" w14:textId="77777777" w:rsidTr="28463A45">
        <w:tc>
          <w:tcPr>
            <w:tcW w:w="5250" w:type="dxa"/>
          </w:tcPr>
          <w:p w14:paraId="4AE4A299" w14:textId="2A83D2F5" w:rsidR="28463A45" w:rsidRPr="004F51E8" w:rsidRDefault="28463A45" w:rsidP="28463A45">
            <w:pPr>
              <w:rPr>
                <w:sz w:val="20"/>
                <w:szCs w:val="20"/>
              </w:rPr>
            </w:pPr>
            <w:r w:rsidRPr="004F51E8">
              <w:rPr>
                <w:b/>
                <w:bCs/>
                <w:color w:val="002060"/>
                <w:sz w:val="20"/>
                <w:szCs w:val="20"/>
              </w:rPr>
              <w:t>Employer / organisation</w:t>
            </w:r>
            <w:r w:rsidRPr="004F51E8">
              <w:rPr>
                <w:sz w:val="20"/>
                <w:szCs w:val="20"/>
              </w:rPr>
              <w:br/>
              <w:t>Click or tap here to enter text.</w:t>
            </w:r>
          </w:p>
        </w:tc>
        <w:tc>
          <w:tcPr>
            <w:tcW w:w="5250" w:type="dxa"/>
          </w:tcPr>
          <w:p w14:paraId="2A2A39EB" w14:textId="7956600C" w:rsidR="28463A45" w:rsidRPr="004F51E8" w:rsidRDefault="28463A45" w:rsidP="28463A45">
            <w:pPr>
              <w:rPr>
                <w:sz w:val="20"/>
                <w:szCs w:val="20"/>
              </w:rPr>
            </w:pPr>
            <w:r w:rsidRPr="004F51E8">
              <w:rPr>
                <w:b/>
                <w:bCs/>
                <w:color w:val="002060"/>
                <w:sz w:val="20"/>
                <w:szCs w:val="20"/>
              </w:rPr>
              <w:t>Workplace / site address</w:t>
            </w:r>
            <w:r w:rsidRPr="004F51E8">
              <w:rPr>
                <w:sz w:val="20"/>
                <w:szCs w:val="20"/>
              </w:rPr>
              <w:br/>
              <w:t>Click or tap here to enter text.</w:t>
            </w:r>
          </w:p>
        </w:tc>
      </w:tr>
      <w:tr w:rsidR="28463A45" w:rsidRPr="004F51E8" w14:paraId="2D9F0D39" w14:textId="77777777" w:rsidTr="28463A45">
        <w:tc>
          <w:tcPr>
            <w:tcW w:w="5250" w:type="dxa"/>
          </w:tcPr>
          <w:p w14:paraId="46916D11" w14:textId="53171973" w:rsidR="28463A45" w:rsidRPr="004F51E8" w:rsidRDefault="28463A45" w:rsidP="28463A45">
            <w:pPr>
              <w:rPr>
                <w:sz w:val="20"/>
                <w:szCs w:val="20"/>
              </w:rPr>
            </w:pPr>
            <w:r w:rsidRPr="004F51E8">
              <w:rPr>
                <w:b/>
                <w:bCs/>
                <w:color w:val="002060"/>
                <w:sz w:val="20"/>
                <w:szCs w:val="20"/>
              </w:rPr>
              <w:t>Young person’s name</w:t>
            </w:r>
            <w:r w:rsidRPr="004F51E8">
              <w:rPr>
                <w:sz w:val="20"/>
                <w:szCs w:val="20"/>
              </w:rPr>
              <w:br/>
              <w:t>Click or tap here to enter text.</w:t>
            </w:r>
          </w:p>
        </w:tc>
        <w:tc>
          <w:tcPr>
            <w:tcW w:w="5250" w:type="dxa"/>
          </w:tcPr>
          <w:p w14:paraId="73A6AD46" w14:textId="57031E25" w:rsidR="28463A45" w:rsidRPr="004F51E8" w:rsidRDefault="28463A45" w:rsidP="28463A45">
            <w:pPr>
              <w:rPr>
                <w:sz w:val="20"/>
                <w:szCs w:val="20"/>
              </w:rPr>
            </w:pPr>
            <w:r w:rsidRPr="004F51E8">
              <w:rPr>
                <w:b/>
                <w:bCs/>
                <w:color w:val="002060"/>
                <w:sz w:val="20"/>
                <w:szCs w:val="20"/>
              </w:rPr>
              <w:t>School / college / referring organisation</w:t>
            </w:r>
            <w:r w:rsidRPr="004F51E8">
              <w:rPr>
                <w:sz w:val="20"/>
                <w:szCs w:val="20"/>
              </w:rPr>
              <w:br/>
              <w:t>Click or tap here to enter text.</w:t>
            </w:r>
          </w:p>
        </w:tc>
      </w:tr>
      <w:tr w:rsidR="28463A45" w:rsidRPr="004F51E8" w14:paraId="03EEEAE7" w14:textId="77777777" w:rsidTr="28463A45">
        <w:tc>
          <w:tcPr>
            <w:tcW w:w="5250" w:type="dxa"/>
          </w:tcPr>
          <w:p w14:paraId="009A9795" w14:textId="1706A081" w:rsidR="28463A45" w:rsidRPr="004F51E8" w:rsidRDefault="28463A45" w:rsidP="28463A45">
            <w:pPr>
              <w:rPr>
                <w:sz w:val="20"/>
                <w:szCs w:val="20"/>
              </w:rPr>
            </w:pPr>
            <w:r w:rsidRPr="004F51E8">
              <w:rPr>
                <w:b/>
                <w:bCs/>
                <w:color w:val="002060"/>
                <w:sz w:val="20"/>
                <w:szCs w:val="20"/>
              </w:rPr>
              <w:t>Placement role / department</w:t>
            </w:r>
            <w:r w:rsidRPr="004F51E8">
              <w:rPr>
                <w:sz w:val="20"/>
                <w:szCs w:val="20"/>
              </w:rPr>
              <w:br/>
              <w:t>Click or tap here to enter text.</w:t>
            </w:r>
          </w:p>
        </w:tc>
        <w:tc>
          <w:tcPr>
            <w:tcW w:w="5250" w:type="dxa"/>
          </w:tcPr>
          <w:p w14:paraId="6065EA44" w14:textId="08B55D93" w:rsidR="28463A45" w:rsidRPr="004F51E8" w:rsidRDefault="28463A45" w:rsidP="28463A45">
            <w:pPr>
              <w:rPr>
                <w:sz w:val="20"/>
                <w:szCs w:val="20"/>
              </w:rPr>
            </w:pPr>
            <w:r w:rsidRPr="004F51E8">
              <w:rPr>
                <w:b/>
                <w:bCs/>
                <w:color w:val="002060"/>
                <w:sz w:val="20"/>
                <w:szCs w:val="20"/>
              </w:rPr>
              <w:t>Placement dates and hours</w:t>
            </w:r>
            <w:r w:rsidRPr="004F51E8">
              <w:rPr>
                <w:sz w:val="20"/>
                <w:szCs w:val="20"/>
              </w:rPr>
              <w:br/>
              <w:t>Click or tap here to enter text.</w:t>
            </w:r>
          </w:p>
        </w:tc>
      </w:tr>
      <w:tr w:rsidR="28463A45" w:rsidRPr="004F51E8" w14:paraId="6DC82D03" w14:textId="77777777" w:rsidTr="28463A45">
        <w:tc>
          <w:tcPr>
            <w:tcW w:w="5250" w:type="dxa"/>
          </w:tcPr>
          <w:p w14:paraId="0526BCE8" w14:textId="418D6A92" w:rsidR="28463A45" w:rsidRPr="004F51E8" w:rsidRDefault="28463A45" w:rsidP="28463A45">
            <w:pPr>
              <w:rPr>
                <w:sz w:val="20"/>
                <w:szCs w:val="20"/>
              </w:rPr>
            </w:pPr>
            <w:r w:rsidRPr="004F51E8">
              <w:rPr>
                <w:b/>
                <w:bCs/>
                <w:color w:val="002060"/>
                <w:sz w:val="20"/>
                <w:szCs w:val="20"/>
              </w:rPr>
              <w:t>Placement supervisor</w:t>
            </w:r>
            <w:r w:rsidRPr="004F51E8">
              <w:rPr>
                <w:sz w:val="20"/>
                <w:szCs w:val="20"/>
              </w:rPr>
              <w:br/>
              <w:t>Click or tap here to enter text.</w:t>
            </w:r>
          </w:p>
        </w:tc>
        <w:tc>
          <w:tcPr>
            <w:tcW w:w="5250" w:type="dxa"/>
          </w:tcPr>
          <w:p w14:paraId="31C497B0" w14:textId="1B25EBCC" w:rsidR="28463A45" w:rsidRPr="004F51E8" w:rsidRDefault="28463A45" w:rsidP="28463A45">
            <w:pPr>
              <w:rPr>
                <w:sz w:val="20"/>
                <w:szCs w:val="20"/>
              </w:rPr>
            </w:pPr>
            <w:r w:rsidRPr="004F51E8">
              <w:rPr>
                <w:b/>
                <w:bCs/>
                <w:color w:val="002060"/>
                <w:sz w:val="20"/>
                <w:szCs w:val="20"/>
              </w:rPr>
              <w:t>Supervisor contact details</w:t>
            </w:r>
            <w:r w:rsidRPr="004F51E8">
              <w:rPr>
                <w:sz w:val="20"/>
                <w:szCs w:val="20"/>
              </w:rPr>
              <w:br/>
              <w:t>Click or tap here to enter text.</w:t>
            </w:r>
          </w:p>
        </w:tc>
      </w:tr>
      <w:tr w:rsidR="28463A45" w:rsidRPr="004F51E8" w14:paraId="51CCFA87" w14:textId="77777777" w:rsidTr="28463A45">
        <w:tc>
          <w:tcPr>
            <w:tcW w:w="5250" w:type="dxa"/>
          </w:tcPr>
          <w:p w14:paraId="418E8AEC" w14:textId="2C7246DF" w:rsidR="28463A45" w:rsidRPr="004F51E8" w:rsidRDefault="28463A45" w:rsidP="28463A45">
            <w:pPr>
              <w:rPr>
                <w:sz w:val="20"/>
                <w:szCs w:val="20"/>
              </w:rPr>
            </w:pPr>
            <w:r w:rsidRPr="004F51E8">
              <w:rPr>
                <w:b/>
                <w:bCs/>
                <w:color w:val="002060"/>
                <w:sz w:val="20"/>
                <w:szCs w:val="20"/>
              </w:rPr>
              <w:t>Assessment completed by</w:t>
            </w:r>
            <w:r w:rsidRPr="004F51E8">
              <w:rPr>
                <w:sz w:val="20"/>
                <w:szCs w:val="20"/>
              </w:rPr>
              <w:br/>
              <w:t>Click or tap here to enter text.</w:t>
            </w:r>
          </w:p>
        </w:tc>
        <w:tc>
          <w:tcPr>
            <w:tcW w:w="5250" w:type="dxa"/>
          </w:tcPr>
          <w:p w14:paraId="70B5DDD3" w14:textId="33729297" w:rsidR="28463A45" w:rsidRPr="004F51E8" w:rsidRDefault="28463A45" w:rsidP="28463A45">
            <w:pPr>
              <w:rPr>
                <w:sz w:val="20"/>
                <w:szCs w:val="20"/>
              </w:rPr>
            </w:pPr>
            <w:r w:rsidRPr="004F51E8">
              <w:rPr>
                <w:b/>
                <w:bCs/>
                <w:color w:val="002060"/>
                <w:sz w:val="20"/>
                <w:szCs w:val="20"/>
              </w:rPr>
              <w:t>Assessment date</w:t>
            </w:r>
            <w:r w:rsidRPr="004F51E8">
              <w:rPr>
                <w:sz w:val="20"/>
                <w:szCs w:val="20"/>
              </w:rPr>
              <w:br/>
              <w:t>DD/MM/YYYY</w:t>
            </w:r>
          </w:p>
        </w:tc>
      </w:tr>
      <w:tr w:rsidR="28463A45" w:rsidRPr="004F51E8" w14:paraId="277BED51" w14:textId="77777777" w:rsidTr="28463A45">
        <w:tc>
          <w:tcPr>
            <w:tcW w:w="5250" w:type="dxa"/>
          </w:tcPr>
          <w:p w14:paraId="58DF71D0" w14:textId="57FD579A" w:rsidR="28463A45" w:rsidRPr="004F51E8" w:rsidRDefault="28463A45" w:rsidP="28463A45">
            <w:pPr>
              <w:rPr>
                <w:sz w:val="20"/>
                <w:szCs w:val="20"/>
              </w:rPr>
            </w:pPr>
            <w:r w:rsidRPr="004F51E8">
              <w:rPr>
                <w:b/>
                <w:bCs/>
                <w:color w:val="002060"/>
                <w:sz w:val="20"/>
                <w:szCs w:val="20"/>
              </w:rPr>
              <w:t>Review date, if required</w:t>
            </w:r>
            <w:r w:rsidRPr="004F51E8">
              <w:rPr>
                <w:sz w:val="20"/>
                <w:szCs w:val="20"/>
              </w:rPr>
              <w:br/>
              <w:t>DD/MM/YYYY</w:t>
            </w:r>
          </w:p>
        </w:tc>
        <w:tc>
          <w:tcPr>
            <w:tcW w:w="5250" w:type="dxa"/>
          </w:tcPr>
          <w:p w14:paraId="4727C6F2" w14:textId="345E06E9" w:rsidR="28463A45" w:rsidRPr="004F51E8" w:rsidRDefault="28463A45" w:rsidP="28463A45">
            <w:pPr>
              <w:rPr>
                <w:sz w:val="20"/>
                <w:szCs w:val="20"/>
              </w:rPr>
            </w:pPr>
            <w:r w:rsidRPr="004F51E8">
              <w:rPr>
                <w:b/>
                <w:bCs/>
                <w:color w:val="002060"/>
                <w:sz w:val="20"/>
                <w:szCs w:val="20"/>
              </w:rPr>
              <w:t>Emergency contact arrangements</w:t>
            </w:r>
            <w:r w:rsidRPr="004F51E8">
              <w:rPr>
                <w:sz w:val="20"/>
                <w:szCs w:val="20"/>
              </w:rPr>
              <w:br/>
              <w:t>Click or tap here to enter text.</w:t>
            </w:r>
          </w:p>
        </w:tc>
      </w:tr>
    </w:tbl>
    <w:p w14:paraId="19DF53DD" w14:textId="77777777" w:rsidR="004249EE" w:rsidRPr="004F51E8" w:rsidRDefault="28463A45" w:rsidP="28463A45">
      <w:pPr>
        <w:pStyle w:val="Heading1"/>
        <w:rPr>
          <w:rFonts w:ascii="Aptos" w:hAnsi="Aptos"/>
          <w:color w:val="002060"/>
          <w:sz w:val="20"/>
          <w:szCs w:val="20"/>
        </w:rPr>
      </w:pPr>
      <w:r w:rsidRPr="004F51E8">
        <w:rPr>
          <w:rFonts w:ascii="Aptos" w:hAnsi="Aptos"/>
          <w:color w:val="002060"/>
          <w:sz w:val="20"/>
          <w:szCs w:val="20"/>
        </w:rPr>
        <w:t>2. Individual considerations</w:t>
      </w:r>
    </w:p>
    <w:p w14:paraId="048E1732" w14:textId="77777777" w:rsidR="004249EE" w:rsidRPr="006267BD" w:rsidRDefault="28463A45">
      <w:pPr>
        <w:spacing w:after="80"/>
        <w:rPr>
          <w:sz w:val="20"/>
          <w:szCs w:val="20"/>
        </w:rPr>
      </w:pPr>
      <w:r w:rsidRPr="006267BD">
        <w:rPr>
          <w:sz w:val="20"/>
          <w:szCs w:val="20"/>
        </w:rPr>
        <w:t>Record only information needed to keep the young person safe and supported. Handle personal information appropriately.</w:t>
      </w:r>
    </w:p>
    <w:p w14:paraId="7C29623C" w14:textId="6789202F" w:rsidR="004249EE" w:rsidRPr="004F51E8" w:rsidRDefault="28463A45">
      <w:pPr>
        <w:spacing w:after="40"/>
        <w:rPr>
          <w:sz w:val="20"/>
          <w:szCs w:val="20"/>
        </w:rPr>
      </w:pPr>
      <w:r w:rsidRPr="004F51E8">
        <w:rPr>
          <w:sz w:val="20"/>
          <w:szCs w:val="20"/>
        </w:rPr>
        <w:t xml:space="preserve">Are there health conditions, allergies, disabilities, learning needs or reasonable adjustments to consider?   </w:t>
      </w:r>
      <w:sdt>
        <w:sdtPr>
          <w:rPr>
            <w:sz w:val="20"/>
            <w:szCs w:val="20"/>
          </w:rPr>
          <w:id w:val="1891380593"/>
          <w14:checkbox>
            <w14:checked w14:val="0"/>
            <w14:checkedState w14:val="2612" w14:font="MS Gothic"/>
            <w14:uncheckedState w14:val="2610" w14:font="MS Gothic"/>
          </w14:checkbox>
        </w:sdtPr>
        <w:sdtContent>
          <w:r w:rsidR="006267BD">
            <w:rPr>
              <w:rFonts w:ascii="MS Gothic" w:eastAsia="MS Gothic" w:hAnsi="MS Gothic" w:hint="eastAsia"/>
              <w:sz w:val="20"/>
              <w:szCs w:val="20"/>
            </w:rPr>
            <w:t>☐</w:t>
          </w:r>
        </w:sdtContent>
      </w:sdt>
      <w:r w:rsidRPr="004F51E8">
        <w:rPr>
          <w:sz w:val="20"/>
          <w:szCs w:val="20"/>
        </w:rPr>
        <w:t xml:space="preserve"> Yes  </w:t>
      </w:r>
      <w:sdt>
        <w:sdtPr>
          <w:rPr>
            <w:sz w:val="20"/>
            <w:szCs w:val="20"/>
          </w:rPr>
          <w:id w:val="292715823"/>
          <w14:checkbox>
            <w14:checked w14:val="0"/>
            <w14:checkedState w14:val="2612" w14:font="MS Gothic"/>
            <w14:uncheckedState w14:val="2610" w14:font="MS Gothic"/>
          </w14:checkbox>
        </w:sdtPr>
        <w:sdtContent>
          <w:r w:rsidR="006267BD">
            <w:rPr>
              <w:rFonts w:ascii="MS Gothic" w:eastAsia="MS Gothic" w:hAnsi="MS Gothic" w:hint="eastAsia"/>
              <w:sz w:val="20"/>
              <w:szCs w:val="20"/>
            </w:rPr>
            <w:t>☐</w:t>
          </w:r>
        </w:sdtContent>
      </w:sdt>
      <w:r w:rsidRPr="004F51E8">
        <w:rPr>
          <w:sz w:val="20"/>
          <w:szCs w:val="20"/>
        </w:rPr>
        <w:t xml:space="preserve"> No</w:t>
      </w:r>
    </w:p>
    <w:p w14:paraId="3D5AACD7" w14:textId="10E3F03D" w:rsidR="004249EE" w:rsidRPr="004F51E8" w:rsidRDefault="28463A45">
      <w:pPr>
        <w:spacing w:after="40"/>
        <w:rPr>
          <w:sz w:val="20"/>
          <w:szCs w:val="20"/>
        </w:rPr>
      </w:pPr>
      <w:r w:rsidRPr="004F51E8">
        <w:rPr>
          <w:sz w:val="20"/>
          <w:szCs w:val="20"/>
        </w:rPr>
        <w:t xml:space="preserve">Has the school, parent/carer or placement organiser provided relevant information?   </w:t>
      </w:r>
      <w:sdt>
        <w:sdtPr>
          <w:rPr>
            <w:sz w:val="20"/>
            <w:szCs w:val="20"/>
          </w:rPr>
          <w:id w:val="1032612716"/>
          <w14:checkbox>
            <w14:checked w14:val="0"/>
            <w14:checkedState w14:val="2612" w14:font="MS Gothic"/>
            <w14:uncheckedState w14:val="2610" w14:font="MS Gothic"/>
          </w14:checkbox>
        </w:sdtPr>
        <w:sdtContent>
          <w:r w:rsidR="006267BD">
            <w:rPr>
              <w:rFonts w:ascii="MS Gothic" w:eastAsia="MS Gothic" w:hAnsi="MS Gothic" w:hint="eastAsia"/>
              <w:sz w:val="20"/>
              <w:szCs w:val="20"/>
            </w:rPr>
            <w:t>☐</w:t>
          </w:r>
        </w:sdtContent>
      </w:sdt>
      <w:r w:rsidRPr="004F51E8">
        <w:rPr>
          <w:sz w:val="20"/>
          <w:szCs w:val="20"/>
        </w:rPr>
        <w:t xml:space="preserve">Yes   </w:t>
      </w:r>
      <w:sdt>
        <w:sdtPr>
          <w:rPr>
            <w:sz w:val="20"/>
            <w:szCs w:val="20"/>
          </w:rPr>
          <w:id w:val="-1000041497"/>
          <w14:checkbox>
            <w14:checked w14:val="0"/>
            <w14:checkedState w14:val="2612" w14:font="MS Gothic"/>
            <w14:uncheckedState w14:val="2610" w14:font="MS Gothic"/>
          </w14:checkbox>
        </w:sdtPr>
        <w:sdtContent>
          <w:r w:rsidR="006267BD">
            <w:rPr>
              <w:rFonts w:ascii="MS Gothic" w:eastAsia="MS Gothic" w:hAnsi="MS Gothic" w:hint="eastAsia"/>
              <w:sz w:val="20"/>
              <w:szCs w:val="20"/>
            </w:rPr>
            <w:t>☐</w:t>
          </w:r>
        </w:sdtContent>
      </w:sdt>
      <w:r w:rsidRPr="004F51E8">
        <w:rPr>
          <w:sz w:val="20"/>
          <w:szCs w:val="20"/>
        </w:rPr>
        <w:t xml:space="preserve">No   </w:t>
      </w:r>
      <w:sdt>
        <w:sdtPr>
          <w:rPr>
            <w:sz w:val="20"/>
            <w:szCs w:val="20"/>
          </w:rPr>
          <w:id w:val="1205443084"/>
          <w14:checkbox>
            <w14:checked w14:val="0"/>
            <w14:checkedState w14:val="2612" w14:font="MS Gothic"/>
            <w14:uncheckedState w14:val="2610" w14:font="MS Gothic"/>
          </w14:checkbox>
        </w:sdtPr>
        <w:sdtContent>
          <w:r w:rsidR="006267BD">
            <w:rPr>
              <w:rFonts w:ascii="MS Gothic" w:eastAsia="MS Gothic" w:hAnsi="MS Gothic" w:hint="eastAsia"/>
              <w:sz w:val="20"/>
              <w:szCs w:val="20"/>
            </w:rPr>
            <w:t>☐</w:t>
          </w:r>
        </w:sdtContent>
      </w:sdt>
      <w:r w:rsidRPr="004F51E8">
        <w:rPr>
          <w:sz w:val="20"/>
          <w:szCs w:val="20"/>
        </w:rPr>
        <w:t>Not applicable</w:t>
      </w:r>
    </w:p>
    <w:p w14:paraId="7E91229F" w14:textId="55BC20F6" w:rsidR="004249EE" w:rsidRPr="004F51E8" w:rsidRDefault="28463A45">
      <w:pPr>
        <w:spacing w:after="40"/>
        <w:rPr>
          <w:sz w:val="20"/>
          <w:szCs w:val="20"/>
        </w:rPr>
      </w:pPr>
      <w:r w:rsidRPr="004F51E8">
        <w:rPr>
          <w:sz w:val="20"/>
          <w:szCs w:val="20"/>
        </w:rPr>
        <w:t xml:space="preserve">Are there tasks or areas that must be restricted?   </w:t>
      </w:r>
      <w:sdt>
        <w:sdtPr>
          <w:rPr>
            <w:sz w:val="20"/>
            <w:szCs w:val="20"/>
          </w:rPr>
          <w:id w:val="166996163"/>
          <w14:checkbox>
            <w14:checked w14:val="0"/>
            <w14:checkedState w14:val="2612" w14:font="MS Gothic"/>
            <w14:uncheckedState w14:val="2610" w14:font="MS Gothic"/>
          </w14:checkbox>
        </w:sdtPr>
        <w:sdtContent>
          <w:r w:rsidR="006267BD">
            <w:rPr>
              <w:rFonts w:ascii="MS Gothic" w:eastAsia="MS Gothic" w:hAnsi="MS Gothic" w:hint="eastAsia"/>
              <w:sz w:val="20"/>
              <w:szCs w:val="20"/>
            </w:rPr>
            <w:t>☐</w:t>
          </w:r>
        </w:sdtContent>
      </w:sdt>
      <w:r w:rsidRPr="004F51E8">
        <w:rPr>
          <w:sz w:val="20"/>
          <w:szCs w:val="20"/>
        </w:rPr>
        <w:t xml:space="preserve">Yes  </w:t>
      </w:r>
      <w:sdt>
        <w:sdtPr>
          <w:rPr>
            <w:sz w:val="20"/>
            <w:szCs w:val="20"/>
          </w:rPr>
          <w:id w:val="737133687"/>
          <w14:checkbox>
            <w14:checked w14:val="0"/>
            <w14:checkedState w14:val="2612" w14:font="MS Gothic"/>
            <w14:uncheckedState w14:val="2610" w14:font="MS Gothic"/>
          </w14:checkbox>
        </w:sdtPr>
        <w:sdtContent>
          <w:r w:rsidR="006267BD">
            <w:rPr>
              <w:rFonts w:ascii="MS Gothic" w:eastAsia="MS Gothic" w:hAnsi="MS Gothic" w:hint="eastAsia"/>
              <w:sz w:val="20"/>
              <w:szCs w:val="20"/>
            </w:rPr>
            <w:t>☐</w:t>
          </w:r>
        </w:sdtContent>
      </w:sdt>
      <w:r w:rsidRPr="004F51E8">
        <w:rPr>
          <w:sz w:val="20"/>
          <w:szCs w:val="20"/>
        </w:rPr>
        <w:t xml:space="preserve"> No</w:t>
      </w:r>
    </w:p>
    <w:tbl>
      <w:tblPr>
        <w:tblStyle w:val="TableGrid"/>
        <w:tblW w:w="0" w:type="auto"/>
        <w:tblLook w:val="04A0" w:firstRow="1" w:lastRow="0" w:firstColumn="1" w:lastColumn="0" w:noHBand="0" w:noVBand="1"/>
      </w:tblPr>
      <w:tblGrid>
        <w:gridCol w:w="10500"/>
      </w:tblGrid>
      <w:tr w:rsidR="28463A45" w:rsidRPr="004F51E8" w14:paraId="6A72CF70" w14:textId="77777777" w:rsidTr="28463A45">
        <w:tc>
          <w:tcPr>
            <w:tcW w:w="10500" w:type="dxa"/>
          </w:tcPr>
          <w:p w14:paraId="45E5CD78" w14:textId="1F1C775E" w:rsidR="28463A45" w:rsidRPr="004F51E8" w:rsidRDefault="28463A45" w:rsidP="28463A45">
            <w:pPr>
              <w:rPr>
                <w:sz w:val="20"/>
                <w:szCs w:val="20"/>
              </w:rPr>
            </w:pPr>
            <w:r w:rsidRPr="004F51E8">
              <w:rPr>
                <w:b/>
                <w:bCs/>
                <w:color w:val="002060"/>
                <w:sz w:val="20"/>
                <w:szCs w:val="20"/>
              </w:rPr>
              <w:t>Details and agreed adjustments</w:t>
            </w:r>
            <w:r w:rsidRPr="004F51E8">
              <w:rPr>
                <w:sz w:val="20"/>
                <w:szCs w:val="20"/>
              </w:rPr>
              <w:br/>
              <w:t>Click or tap here to enter text.</w:t>
            </w:r>
          </w:p>
        </w:tc>
      </w:tr>
      <w:tr w:rsidR="28463A45" w:rsidRPr="004F51E8" w14:paraId="583CB94E" w14:textId="77777777" w:rsidTr="28463A45">
        <w:tc>
          <w:tcPr>
            <w:tcW w:w="10500" w:type="dxa"/>
          </w:tcPr>
          <w:p w14:paraId="1D316010" w14:textId="52DD44B1" w:rsidR="28463A45" w:rsidRPr="004F51E8" w:rsidRDefault="28463A45" w:rsidP="28463A45">
            <w:pPr>
              <w:rPr>
                <w:sz w:val="20"/>
                <w:szCs w:val="20"/>
              </w:rPr>
            </w:pPr>
            <w:r w:rsidRPr="004F51E8">
              <w:rPr>
                <w:b/>
                <w:bCs/>
                <w:color w:val="002060"/>
                <w:sz w:val="20"/>
                <w:szCs w:val="20"/>
              </w:rPr>
              <w:t>How these will be communicated to relevant staff</w:t>
            </w:r>
            <w:r w:rsidRPr="004F51E8">
              <w:rPr>
                <w:sz w:val="20"/>
                <w:szCs w:val="20"/>
              </w:rPr>
              <w:br/>
              <w:t>Click or tap here to enter text.</w:t>
            </w:r>
          </w:p>
        </w:tc>
      </w:tr>
    </w:tbl>
    <w:p w14:paraId="7FF50759" w14:textId="77777777" w:rsidR="004249EE" w:rsidRPr="004F51E8" w:rsidRDefault="28463A45" w:rsidP="28463A45">
      <w:pPr>
        <w:pStyle w:val="Heading1"/>
        <w:rPr>
          <w:rFonts w:ascii="Aptos" w:hAnsi="Aptos"/>
          <w:color w:val="002060"/>
          <w:sz w:val="20"/>
          <w:szCs w:val="20"/>
        </w:rPr>
      </w:pPr>
      <w:r w:rsidRPr="004F51E8">
        <w:rPr>
          <w:rFonts w:ascii="Aptos" w:hAnsi="Aptos"/>
          <w:color w:val="002060"/>
          <w:sz w:val="20"/>
          <w:szCs w:val="20"/>
        </w:rPr>
        <w:t>3. Risk rating method</w:t>
      </w:r>
    </w:p>
    <w:p w14:paraId="5740ECAE" w14:textId="77777777" w:rsidR="004249EE" w:rsidRPr="004F51E8" w:rsidRDefault="00000000">
      <w:pPr>
        <w:spacing w:after="80"/>
        <w:rPr>
          <w:sz w:val="20"/>
          <w:szCs w:val="20"/>
        </w:rPr>
      </w:pPr>
      <w:r w:rsidRPr="004F51E8">
        <w:rPr>
          <w:sz w:val="20"/>
          <w:szCs w:val="20"/>
        </w:rPr>
        <w:t>Score each hazard before and after additional controls. Risk rating = likelihood × severity.</w:t>
      </w:r>
    </w:p>
    <w:tbl>
      <w:tblPr>
        <w:tblStyle w:val="TableGrid"/>
        <w:tblW w:w="0" w:type="auto"/>
        <w:jc w:val="center"/>
        <w:tblLook w:val="04A0" w:firstRow="1" w:lastRow="0" w:firstColumn="1" w:lastColumn="0" w:noHBand="0" w:noVBand="1"/>
      </w:tblPr>
      <w:tblGrid>
        <w:gridCol w:w="96"/>
        <w:gridCol w:w="1650"/>
        <w:gridCol w:w="452"/>
        <w:gridCol w:w="2102"/>
        <w:gridCol w:w="146"/>
        <w:gridCol w:w="1956"/>
        <w:gridCol w:w="2102"/>
        <w:gridCol w:w="1950"/>
        <w:gridCol w:w="142"/>
      </w:tblGrid>
      <w:tr w:rsidR="004249EE" w:rsidRPr="004F51E8" w14:paraId="226C25EF" w14:textId="77777777" w:rsidTr="002D1A12">
        <w:trPr>
          <w:gridAfter w:val="1"/>
          <w:wAfter w:w="142" w:type="dxa"/>
          <w:jc w:val="center"/>
        </w:trPr>
        <w:tc>
          <w:tcPr>
            <w:tcW w:w="2198" w:type="dxa"/>
            <w:gridSpan w:val="3"/>
            <w:shd w:val="clear" w:color="auto" w:fill="002060"/>
            <w:tcMar>
              <w:top w:w="90" w:type="dxa"/>
              <w:left w:w="90" w:type="dxa"/>
              <w:bottom w:w="90" w:type="dxa"/>
              <w:right w:w="90" w:type="dxa"/>
            </w:tcMar>
            <w:vAlign w:val="center"/>
          </w:tcPr>
          <w:p w14:paraId="649841BE" w14:textId="77777777" w:rsidR="004249EE" w:rsidRPr="004F51E8" w:rsidRDefault="00000000" w:rsidP="006424CE">
            <w:pPr>
              <w:jc w:val="center"/>
              <w:rPr>
                <w:sz w:val="20"/>
                <w:szCs w:val="20"/>
              </w:rPr>
            </w:pPr>
            <w:r w:rsidRPr="004F51E8">
              <w:rPr>
                <w:b/>
                <w:color w:val="FFFFFF"/>
                <w:sz w:val="20"/>
                <w:szCs w:val="20"/>
              </w:rPr>
              <w:t>1</w:t>
            </w:r>
          </w:p>
        </w:tc>
        <w:tc>
          <w:tcPr>
            <w:tcW w:w="2102" w:type="dxa"/>
            <w:shd w:val="clear" w:color="auto" w:fill="002060"/>
            <w:tcMar>
              <w:top w:w="90" w:type="dxa"/>
              <w:left w:w="90" w:type="dxa"/>
              <w:bottom w:w="90" w:type="dxa"/>
              <w:right w:w="90" w:type="dxa"/>
            </w:tcMar>
            <w:vAlign w:val="center"/>
          </w:tcPr>
          <w:p w14:paraId="18F999B5" w14:textId="77777777" w:rsidR="004249EE" w:rsidRPr="004F51E8" w:rsidRDefault="00000000" w:rsidP="006424CE">
            <w:pPr>
              <w:jc w:val="center"/>
              <w:rPr>
                <w:sz w:val="20"/>
                <w:szCs w:val="20"/>
              </w:rPr>
            </w:pPr>
            <w:r w:rsidRPr="004F51E8">
              <w:rPr>
                <w:b/>
                <w:color w:val="FFFFFF"/>
                <w:sz w:val="20"/>
                <w:szCs w:val="20"/>
              </w:rPr>
              <w:t>2</w:t>
            </w:r>
          </w:p>
        </w:tc>
        <w:tc>
          <w:tcPr>
            <w:tcW w:w="2102" w:type="dxa"/>
            <w:gridSpan w:val="2"/>
            <w:shd w:val="clear" w:color="auto" w:fill="002060"/>
            <w:tcMar>
              <w:top w:w="90" w:type="dxa"/>
              <w:left w:w="90" w:type="dxa"/>
              <w:bottom w:w="90" w:type="dxa"/>
              <w:right w:w="90" w:type="dxa"/>
            </w:tcMar>
            <w:vAlign w:val="center"/>
          </w:tcPr>
          <w:p w14:paraId="5FCD5EC4" w14:textId="77777777" w:rsidR="004249EE" w:rsidRPr="004F51E8" w:rsidRDefault="00000000" w:rsidP="006424CE">
            <w:pPr>
              <w:jc w:val="center"/>
              <w:rPr>
                <w:sz w:val="20"/>
                <w:szCs w:val="20"/>
              </w:rPr>
            </w:pPr>
            <w:r w:rsidRPr="004F51E8">
              <w:rPr>
                <w:b/>
                <w:color w:val="FFFFFF"/>
                <w:sz w:val="20"/>
                <w:szCs w:val="20"/>
              </w:rPr>
              <w:t>3</w:t>
            </w:r>
          </w:p>
        </w:tc>
        <w:tc>
          <w:tcPr>
            <w:tcW w:w="2102" w:type="dxa"/>
            <w:shd w:val="clear" w:color="auto" w:fill="002060"/>
            <w:tcMar>
              <w:top w:w="90" w:type="dxa"/>
              <w:left w:w="90" w:type="dxa"/>
              <w:bottom w:w="90" w:type="dxa"/>
              <w:right w:w="90" w:type="dxa"/>
            </w:tcMar>
            <w:vAlign w:val="center"/>
          </w:tcPr>
          <w:p w14:paraId="2598DEE6" w14:textId="77777777" w:rsidR="004249EE" w:rsidRPr="004F51E8" w:rsidRDefault="00000000" w:rsidP="006424CE">
            <w:pPr>
              <w:jc w:val="center"/>
              <w:rPr>
                <w:sz w:val="20"/>
                <w:szCs w:val="20"/>
              </w:rPr>
            </w:pPr>
            <w:r w:rsidRPr="004F51E8">
              <w:rPr>
                <w:b/>
                <w:color w:val="FFFFFF"/>
                <w:sz w:val="20"/>
                <w:szCs w:val="20"/>
              </w:rPr>
              <w:t>4</w:t>
            </w:r>
          </w:p>
        </w:tc>
        <w:tc>
          <w:tcPr>
            <w:tcW w:w="1950" w:type="dxa"/>
            <w:shd w:val="clear" w:color="auto" w:fill="002060"/>
            <w:tcMar>
              <w:top w:w="90" w:type="dxa"/>
              <w:left w:w="90" w:type="dxa"/>
              <w:bottom w:w="90" w:type="dxa"/>
              <w:right w:w="90" w:type="dxa"/>
            </w:tcMar>
            <w:vAlign w:val="center"/>
          </w:tcPr>
          <w:p w14:paraId="78941E47" w14:textId="77777777" w:rsidR="004249EE" w:rsidRPr="004F51E8" w:rsidRDefault="00000000" w:rsidP="006424CE">
            <w:pPr>
              <w:jc w:val="center"/>
              <w:rPr>
                <w:sz w:val="20"/>
                <w:szCs w:val="20"/>
              </w:rPr>
            </w:pPr>
            <w:r w:rsidRPr="004F51E8">
              <w:rPr>
                <w:b/>
                <w:color w:val="FFFFFF"/>
                <w:sz w:val="20"/>
                <w:szCs w:val="20"/>
              </w:rPr>
              <w:t>5</w:t>
            </w:r>
          </w:p>
        </w:tc>
      </w:tr>
      <w:tr w:rsidR="004249EE" w:rsidRPr="004F51E8" w14:paraId="7F348840" w14:textId="77777777" w:rsidTr="006424CE">
        <w:trPr>
          <w:gridAfter w:val="1"/>
          <w:wAfter w:w="142" w:type="dxa"/>
          <w:trHeight w:val="429"/>
          <w:jc w:val="center"/>
        </w:trPr>
        <w:tc>
          <w:tcPr>
            <w:tcW w:w="2198" w:type="dxa"/>
            <w:gridSpan w:val="3"/>
            <w:tcMar>
              <w:top w:w="90" w:type="dxa"/>
              <w:left w:w="90" w:type="dxa"/>
              <w:bottom w:w="90" w:type="dxa"/>
              <w:right w:w="90" w:type="dxa"/>
            </w:tcMar>
            <w:vAlign w:val="center"/>
          </w:tcPr>
          <w:p w14:paraId="4F06D93C" w14:textId="77777777" w:rsidR="004249EE" w:rsidRPr="004F51E8" w:rsidRDefault="00000000" w:rsidP="006424CE">
            <w:pPr>
              <w:jc w:val="center"/>
              <w:rPr>
                <w:sz w:val="20"/>
                <w:szCs w:val="20"/>
              </w:rPr>
            </w:pPr>
            <w:r w:rsidRPr="004F51E8">
              <w:rPr>
                <w:sz w:val="20"/>
                <w:szCs w:val="20"/>
              </w:rPr>
              <w:t>Rare / insignificant</w:t>
            </w:r>
          </w:p>
        </w:tc>
        <w:tc>
          <w:tcPr>
            <w:tcW w:w="2102" w:type="dxa"/>
            <w:tcMar>
              <w:top w:w="90" w:type="dxa"/>
              <w:left w:w="90" w:type="dxa"/>
              <w:bottom w:w="90" w:type="dxa"/>
              <w:right w:w="90" w:type="dxa"/>
            </w:tcMar>
            <w:vAlign w:val="center"/>
          </w:tcPr>
          <w:p w14:paraId="5E4EE4DC" w14:textId="77777777" w:rsidR="004249EE" w:rsidRPr="004F51E8" w:rsidRDefault="00000000" w:rsidP="006424CE">
            <w:pPr>
              <w:jc w:val="center"/>
              <w:rPr>
                <w:sz w:val="20"/>
                <w:szCs w:val="20"/>
              </w:rPr>
            </w:pPr>
            <w:r w:rsidRPr="004F51E8">
              <w:rPr>
                <w:sz w:val="20"/>
                <w:szCs w:val="20"/>
              </w:rPr>
              <w:t>Unlikely / minor</w:t>
            </w:r>
          </w:p>
        </w:tc>
        <w:tc>
          <w:tcPr>
            <w:tcW w:w="2102" w:type="dxa"/>
            <w:gridSpan w:val="2"/>
            <w:tcMar>
              <w:top w:w="90" w:type="dxa"/>
              <w:left w:w="90" w:type="dxa"/>
              <w:bottom w:w="90" w:type="dxa"/>
              <w:right w:w="90" w:type="dxa"/>
            </w:tcMar>
            <w:vAlign w:val="center"/>
          </w:tcPr>
          <w:p w14:paraId="47BFC014" w14:textId="77777777" w:rsidR="004249EE" w:rsidRPr="004F51E8" w:rsidRDefault="00000000" w:rsidP="006424CE">
            <w:pPr>
              <w:jc w:val="center"/>
              <w:rPr>
                <w:sz w:val="20"/>
                <w:szCs w:val="20"/>
              </w:rPr>
            </w:pPr>
            <w:r w:rsidRPr="004F51E8">
              <w:rPr>
                <w:sz w:val="20"/>
                <w:szCs w:val="20"/>
              </w:rPr>
              <w:t>Possible / moderate</w:t>
            </w:r>
          </w:p>
        </w:tc>
        <w:tc>
          <w:tcPr>
            <w:tcW w:w="2102" w:type="dxa"/>
            <w:tcMar>
              <w:top w:w="90" w:type="dxa"/>
              <w:left w:w="90" w:type="dxa"/>
              <w:bottom w:w="90" w:type="dxa"/>
              <w:right w:w="90" w:type="dxa"/>
            </w:tcMar>
            <w:vAlign w:val="center"/>
          </w:tcPr>
          <w:p w14:paraId="3DDC30E3" w14:textId="77777777" w:rsidR="004249EE" w:rsidRPr="004F51E8" w:rsidRDefault="00000000" w:rsidP="006424CE">
            <w:pPr>
              <w:jc w:val="center"/>
              <w:rPr>
                <w:sz w:val="20"/>
                <w:szCs w:val="20"/>
              </w:rPr>
            </w:pPr>
            <w:r w:rsidRPr="004F51E8">
              <w:rPr>
                <w:sz w:val="20"/>
                <w:szCs w:val="20"/>
              </w:rPr>
              <w:t>Likely / major</w:t>
            </w:r>
          </w:p>
        </w:tc>
        <w:tc>
          <w:tcPr>
            <w:tcW w:w="1950" w:type="dxa"/>
            <w:tcMar>
              <w:top w:w="90" w:type="dxa"/>
              <w:left w:w="90" w:type="dxa"/>
              <w:bottom w:w="90" w:type="dxa"/>
              <w:right w:w="90" w:type="dxa"/>
            </w:tcMar>
            <w:vAlign w:val="center"/>
          </w:tcPr>
          <w:p w14:paraId="10175D98" w14:textId="77777777" w:rsidR="004249EE" w:rsidRPr="004F51E8" w:rsidRDefault="00000000" w:rsidP="006424CE">
            <w:pPr>
              <w:jc w:val="center"/>
              <w:rPr>
                <w:sz w:val="20"/>
                <w:szCs w:val="20"/>
              </w:rPr>
            </w:pPr>
            <w:r w:rsidRPr="004F51E8">
              <w:rPr>
                <w:sz w:val="20"/>
                <w:szCs w:val="20"/>
              </w:rPr>
              <w:t>Almost certain / severe</w:t>
            </w:r>
          </w:p>
        </w:tc>
      </w:tr>
      <w:tr w:rsidR="28463A45" w:rsidRPr="004F51E8" w14:paraId="7EC6C0AE" w14:textId="77777777" w:rsidTr="002D1A12">
        <w:tblPrEx>
          <w:jc w:val="left"/>
          <w:tblInd w:w="-96" w:type="dxa"/>
        </w:tblPrEx>
        <w:trPr>
          <w:gridBefore w:val="1"/>
          <w:wBefore w:w="96" w:type="dxa"/>
        </w:trPr>
        <w:tc>
          <w:tcPr>
            <w:tcW w:w="1650" w:type="dxa"/>
            <w:shd w:val="clear" w:color="auto" w:fill="002060"/>
          </w:tcPr>
          <w:p w14:paraId="170C84D1" w14:textId="4BE63F37" w:rsidR="28463A45" w:rsidRPr="004F51E8" w:rsidRDefault="28463A45" w:rsidP="28463A45">
            <w:pPr>
              <w:jc w:val="center"/>
              <w:rPr>
                <w:sz w:val="20"/>
                <w:szCs w:val="20"/>
              </w:rPr>
            </w:pPr>
            <w:r w:rsidRPr="004F51E8">
              <w:rPr>
                <w:rFonts w:eastAsia="Aptos" w:cs="Aptos"/>
                <w:b/>
                <w:bCs/>
                <w:color w:val="FFFFFF" w:themeColor="background1"/>
                <w:sz w:val="20"/>
                <w:szCs w:val="20"/>
              </w:rPr>
              <w:t>Severity score</w:t>
            </w:r>
          </w:p>
        </w:tc>
        <w:tc>
          <w:tcPr>
            <w:tcW w:w="2700" w:type="dxa"/>
            <w:gridSpan w:val="3"/>
            <w:shd w:val="clear" w:color="auto" w:fill="002060"/>
          </w:tcPr>
          <w:p w14:paraId="6CBB114E" w14:textId="3D5E503E" w:rsidR="28463A45" w:rsidRPr="004F51E8" w:rsidRDefault="28463A45" w:rsidP="28463A45">
            <w:pPr>
              <w:jc w:val="center"/>
              <w:rPr>
                <w:sz w:val="20"/>
                <w:szCs w:val="20"/>
              </w:rPr>
            </w:pPr>
            <w:r w:rsidRPr="004F51E8">
              <w:rPr>
                <w:rFonts w:eastAsia="Aptos" w:cs="Aptos"/>
                <w:b/>
                <w:bCs/>
                <w:color w:val="FFFFFF" w:themeColor="background1"/>
                <w:sz w:val="20"/>
                <w:szCs w:val="20"/>
              </w:rPr>
              <w:t>Severity level</w:t>
            </w:r>
          </w:p>
        </w:tc>
        <w:tc>
          <w:tcPr>
            <w:tcW w:w="6150" w:type="dxa"/>
            <w:gridSpan w:val="4"/>
            <w:shd w:val="clear" w:color="auto" w:fill="002060"/>
          </w:tcPr>
          <w:p w14:paraId="27F66C73" w14:textId="4B8CE23C" w:rsidR="28463A45" w:rsidRPr="004F51E8" w:rsidRDefault="28463A45" w:rsidP="28463A45">
            <w:pPr>
              <w:jc w:val="center"/>
              <w:rPr>
                <w:sz w:val="20"/>
                <w:szCs w:val="20"/>
              </w:rPr>
            </w:pPr>
            <w:r w:rsidRPr="004F51E8">
              <w:rPr>
                <w:rFonts w:eastAsia="Aptos" w:cs="Aptos"/>
                <w:b/>
                <w:bCs/>
                <w:color w:val="FFFFFF" w:themeColor="background1"/>
                <w:sz w:val="20"/>
                <w:szCs w:val="20"/>
              </w:rPr>
              <w:t>Example impact</w:t>
            </w:r>
          </w:p>
        </w:tc>
      </w:tr>
      <w:tr w:rsidR="28463A45" w:rsidRPr="004F51E8" w14:paraId="2D452F6A" w14:textId="77777777" w:rsidTr="002D1A12">
        <w:tblPrEx>
          <w:jc w:val="left"/>
          <w:tblInd w:w="-96" w:type="dxa"/>
        </w:tblPrEx>
        <w:trPr>
          <w:gridBefore w:val="1"/>
          <w:wBefore w:w="96" w:type="dxa"/>
        </w:trPr>
        <w:tc>
          <w:tcPr>
            <w:tcW w:w="1650" w:type="dxa"/>
          </w:tcPr>
          <w:p w14:paraId="625B50A3" w14:textId="34968E72" w:rsidR="28463A45" w:rsidRPr="004F51E8" w:rsidRDefault="28463A45" w:rsidP="28463A45">
            <w:pPr>
              <w:jc w:val="center"/>
              <w:rPr>
                <w:sz w:val="20"/>
                <w:szCs w:val="20"/>
              </w:rPr>
            </w:pPr>
            <w:r w:rsidRPr="004F51E8">
              <w:rPr>
                <w:rFonts w:eastAsia="Aptos" w:cs="Aptos"/>
                <w:sz w:val="20"/>
                <w:szCs w:val="20"/>
              </w:rPr>
              <w:t>1</w:t>
            </w:r>
          </w:p>
        </w:tc>
        <w:tc>
          <w:tcPr>
            <w:tcW w:w="2700" w:type="dxa"/>
            <w:gridSpan w:val="3"/>
          </w:tcPr>
          <w:p w14:paraId="22A9AA4E" w14:textId="46D829A0" w:rsidR="28463A45" w:rsidRPr="004F51E8" w:rsidRDefault="28463A45" w:rsidP="28463A45">
            <w:pPr>
              <w:rPr>
                <w:sz w:val="20"/>
                <w:szCs w:val="20"/>
              </w:rPr>
            </w:pPr>
            <w:r w:rsidRPr="004F51E8">
              <w:rPr>
                <w:rFonts w:eastAsia="Aptos" w:cs="Aptos"/>
                <w:sz w:val="20"/>
                <w:szCs w:val="20"/>
              </w:rPr>
              <w:t>Insignificant</w:t>
            </w:r>
          </w:p>
        </w:tc>
        <w:tc>
          <w:tcPr>
            <w:tcW w:w="6150" w:type="dxa"/>
            <w:gridSpan w:val="4"/>
          </w:tcPr>
          <w:p w14:paraId="0AF749CA" w14:textId="7421138D" w:rsidR="28463A45" w:rsidRPr="004F51E8" w:rsidRDefault="28463A45" w:rsidP="28463A45">
            <w:pPr>
              <w:rPr>
                <w:sz w:val="20"/>
                <w:szCs w:val="20"/>
              </w:rPr>
            </w:pPr>
            <w:r w:rsidRPr="004F51E8">
              <w:rPr>
                <w:rFonts w:eastAsia="Aptos" w:cs="Aptos"/>
                <w:sz w:val="20"/>
                <w:szCs w:val="20"/>
              </w:rPr>
              <w:t>No injury, very minor discomfort or inconvenience.</w:t>
            </w:r>
          </w:p>
        </w:tc>
      </w:tr>
      <w:tr w:rsidR="28463A45" w:rsidRPr="004F51E8" w14:paraId="19186C79" w14:textId="77777777" w:rsidTr="002D1A12">
        <w:tblPrEx>
          <w:jc w:val="left"/>
          <w:tblInd w:w="-96" w:type="dxa"/>
        </w:tblPrEx>
        <w:trPr>
          <w:gridBefore w:val="1"/>
          <w:wBefore w:w="96" w:type="dxa"/>
        </w:trPr>
        <w:tc>
          <w:tcPr>
            <w:tcW w:w="1650" w:type="dxa"/>
          </w:tcPr>
          <w:p w14:paraId="0C640354" w14:textId="61698793" w:rsidR="28463A45" w:rsidRPr="004F51E8" w:rsidRDefault="28463A45" w:rsidP="28463A45">
            <w:pPr>
              <w:jc w:val="center"/>
              <w:rPr>
                <w:sz w:val="20"/>
                <w:szCs w:val="20"/>
              </w:rPr>
            </w:pPr>
            <w:r w:rsidRPr="004F51E8">
              <w:rPr>
                <w:rFonts w:eastAsia="Aptos" w:cs="Aptos"/>
                <w:sz w:val="20"/>
                <w:szCs w:val="20"/>
              </w:rPr>
              <w:t>2</w:t>
            </w:r>
          </w:p>
        </w:tc>
        <w:tc>
          <w:tcPr>
            <w:tcW w:w="2700" w:type="dxa"/>
            <w:gridSpan w:val="3"/>
          </w:tcPr>
          <w:p w14:paraId="6B682B9F" w14:textId="3C711362" w:rsidR="28463A45" w:rsidRPr="004F51E8" w:rsidRDefault="28463A45" w:rsidP="28463A45">
            <w:pPr>
              <w:rPr>
                <w:sz w:val="20"/>
                <w:szCs w:val="20"/>
              </w:rPr>
            </w:pPr>
            <w:r w:rsidRPr="004F51E8">
              <w:rPr>
                <w:rFonts w:eastAsia="Aptos" w:cs="Aptos"/>
                <w:sz w:val="20"/>
                <w:szCs w:val="20"/>
              </w:rPr>
              <w:t>Minor</w:t>
            </w:r>
          </w:p>
        </w:tc>
        <w:tc>
          <w:tcPr>
            <w:tcW w:w="6150" w:type="dxa"/>
            <w:gridSpan w:val="4"/>
          </w:tcPr>
          <w:p w14:paraId="21E778C0" w14:textId="7658E558" w:rsidR="28463A45" w:rsidRPr="004F51E8" w:rsidRDefault="28463A45" w:rsidP="28463A45">
            <w:pPr>
              <w:rPr>
                <w:sz w:val="20"/>
                <w:szCs w:val="20"/>
              </w:rPr>
            </w:pPr>
            <w:r w:rsidRPr="004F51E8">
              <w:rPr>
                <w:rFonts w:eastAsia="Aptos" w:cs="Aptos"/>
                <w:sz w:val="20"/>
                <w:szCs w:val="20"/>
              </w:rPr>
              <w:t>Minor injury or ill health requiring basic first aid only.</w:t>
            </w:r>
          </w:p>
        </w:tc>
      </w:tr>
      <w:tr w:rsidR="28463A45" w:rsidRPr="004F51E8" w14:paraId="041FB45C" w14:textId="77777777" w:rsidTr="002D1A12">
        <w:tblPrEx>
          <w:jc w:val="left"/>
          <w:tblInd w:w="-96" w:type="dxa"/>
        </w:tblPrEx>
        <w:trPr>
          <w:gridBefore w:val="1"/>
          <w:wBefore w:w="96" w:type="dxa"/>
        </w:trPr>
        <w:tc>
          <w:tcPr>
            <w:tcW w:w="1650" w:type="dxa"/>
          </w:tcPr>
          <w:p w14:paraId="74870DF2" w14:textId="4A392454" w:rsidR="28463A45" w:rsidRPr="004F51E8" w:rsidRDefault="28463A45" w:rsidP="28463A45">
            <w:pPr>
              <w:jc w:val="center"/>
              <w:rPr>
                <w:sz w:val="20"/>
                <w:szCs w:val="20"/>
              </w:rPr>
            </w:pPr>
            <w:r w:rsidRPr="004F51E8">
              <w:rPr>
                <w:rFonts w:eastAsia="Aptos" w:cs="Aptos"/>
                <w:sz w:val="20"/>
                <w:szCs w:val="20"/>
              </w:rPr>
              <w:t>3</w:t>
            </w:r>
          </w:p>
        </w:tc>
        <w:tc>
          <w:tcPr>
            <w:tcW w:w="2700" w:type="dxa"/>
            <w:gridSpan w:val="3"/>
          </w:tcPr>
          <w:p w14:paraId="4F0A3E47" w14:textId="6ED204AF" w:rsidR="28463A45" w:rsidRPr="004F51E8" w:rsidRDefault="28463A45" w:rsidP="28463A45">
            <w:pPr>
              <w:rPr>
                <w:sz w:val="20"/>
                <w:szCs w:val="20"/>
              </w:rPr>
            </w:pPr>
            <w:r w:rsidRPr="004F51E8">
              <w:rPr>
                <w:rFonts w:eastAsia="Aptos" w:cs="Aptos"/>
                <w:sz w:val="20"/>
                <w:szCs w:val="20"/>
              </w:rPr>
              <w:t>Moderate</w:t>
            </w:r>
          </w:p>
        </w:tc>
        <w:tc>
          <w:tcPr>
            <w:tcW w:w="6150" w:type="dxa"/>
            <w:gridSpan w:val="4"/>
          </w:tcPr>
          <w:p w14:paraId="43218FFE" w14:textId="7D1834C2" w:rsidR="28463A45" w:rsidRPr="004F51E8" w:rsidRDefault="28463A45" w:rsidP="28463A45">
            <w:pPr>
              <w:rPr>
                <w:sz w:val="20"/>
                <w:szCs w:val="20"/>
              </w:rPr>
            </w:pPr>
            <w:r w:rsidRPr="004F51E8">
              <w:rPr>
                <w:rFonts w:eastAsia="Aptos" w:cs="Aptos"/>
                <w:sz w:val="20"/>
                <w:szCs w:val="20"/>
              </w:rPr>
              <w:t>Injury or ill health requiring medical attention, or short-term absence.</w:t>
            </w:r>
          </w:p>
        </w:tc>
      </w:tr>
      <w:tr w:rsidR="28463A45" w:rsidRPr="004F51E8" w14:paraId="179DCF21" w14:textId="77777777" w:rsidTr="002D1A12">
        <w:tblPrEx>
          <w:jc w:val="left"/>
          <w:tblInd w:w="-96" w:type="dxa"/>
        </w:tblPrEx>
        <w:trPr>
          <w:gridBefore w:val="1"/>
          <w:wBefore w:w="96" w:type="dxa"/>
        </w:trPr>
        <w:tc>
          <w:tcPr>
            <w:tcW w:w="1650" w:type="dxa"/>
          </w:tcPr>
          <w:p w14:paraId="392A434A" w14:textId="5D511EDA" w:rsidR="28463A45" w:rsidRPr="004F51E8" w:rsidRDefault="28463A45" w:rsidP="28463A45">
            <w:pPr>
              <w:jc w:val="center"/>
              <w:rPr>
                <w:sz w:val="20"/>
                <w:szCs w:val="20"/>
              </w:rPr>
            </w:pPr>
            <w:r w:rsidRPr="004F51E8">
              <w:rPr>
                <w:rFonts w:eastAsia="Aptos" w:cs="Aptos"/>
                <w:sz w:val="20"/>
                <w:szCs w:val="20"/>
              </w:rPr>
              <w:t>4</w:t>
            </w:r>
          </w:p>
        </w:tc>
        <w:tc>
          <w:tcPr>
            <w:tcW w:w="2700" w:type="dxa"/>
            <w:gridSpan w:val="3"/>
          </w:tcPr>
          <w:p w14:paraId="39C4A99A" w14:textId="6953871D" w:rsidR="28463A45" w:rsidRPr="004F51E8" w:rsidRDefault="28463A45" w:rsidP="28463A45">
            <w:pPr>
              <w:rPr>
                <w:sz w:val="20"/>
                <w:szCs w:val="20"/>
              </w:rPr>
            </w:pPr>
            <w:r w:rsidRPr="004F51E8">
              <w:rPr>
                <w:rFonts w:eastAsia="Aptos" w:cs="Aptos"/>
                <w:sz w:val="20"/>
                <w:szCs w:val="20"/>
              </w:rPr>
              <w:t>Major</w:t>
            </w:r>
          </w:p>
        </w:tc>
        <w:tc>
          <w:tcPr>
            <w:tcW w:w="6150" w:type="dxa"/>
            <w:gridSpan w:val="4"/>
          </w:tcPr>
          <w:p w14:paraId="7C99795B" w14:textId="0224FD6F" w:rsidR="28463A45" w:rsidRPr="004F51E8" w:rsidRDefault="28463A45" w:rsidP="28463A45">
            <w:pPr>
              <w:rPr>
                <w:sz w:val="20"/>
                <w:szCs w:val="20"/>
              </w:rPr>
            </w:pPr>
            <w:r w:rsidRPr="004F51E8">
              <w:rPr>
                <w:rFonts w:eastAsia="Aptos" w:cs="Aptos"/>
                <w:sz w:val="20"/>
                <w:szCs w:val="20"/>
              </w:rPr>
              <w:t>Serious injury, significant harm or long-term impact.</w:t>
            </w:r>
          </w:p>
        </w:tc>
      </w:tr>
      <w:tr w:rsidR="28463A45" w:rsidRPr="004F51E8" w14:paraId="2ABE3BAB" w14:textId="77777777" w:rsidTr="002D1A12">
        <w:tblPrEx>
          <w:jc w:val="left"/>
          <w:tblInd w:w="-96" w:type="dxa"/>
        </w:tblPrEx>
        <w:trPr>
          <w:gridBefore w:val="1"/>
          <w:wBefore w:w="96" w:type="dxa"/>
        </w:trPr>
        <w:tc>
          <w:tcPr>
            <w:tcW w:w="1650" w:type="dxa"/>
          </w:tcPr>
          <w:p w14:paraId="4F166411" w14:textId="14323B26" w:rsidR="28463A45" w:rsidRPr="004F51E8" w:rsidRDefault="28463A45" w:rsidP="28463A45">
            <w:pPr>
              <w:jc w:val="center"/>
              <w:rPr>
                <w:sz w:val="20"/>
                <w:szCs w:val="20"/>
              </w:rPr>
            </w:pPr>
            <w:r w:rsidRPr="004F51E8">
              <w:rPr>
                <w:rFonts w:eastAsia="Aptos" w:cs="Aptos"/>
                <w:sz w:val="20"/>
                <w:szCs w:val="20"/>
              </w:rPr>
              <w:t>5</w:t>
            </w:r>
          </w:p>
        </w:tc>
        <w:tc>
          <w:tcPr>
            <w:tcW w:w="2700" w:type="dxa"/>
            <w:gridSpan w:val="3"/>
          </w:tcPr>
          <w:p w14:paraId="51DD1FEB" w14:textId="4A3A127A" w:rsidR="28463A45" w:rsidRPr="004F51E8" w:rsidRDefault="28463A45" w:rsidP="28463A45">
            <w:pPr>
              <w:rPr>
                <w:sz w:val="20"/>
                <w:szCs w:val="20"/>
              </w:rPr>
            </w:pPr>
            <w:r w:rsidRPr="004F51E8">
              <w:rPr>
                <w:rFonts w:eastAsia="Aptos" w:cs="Aptos"/>
                <w:sz w:val="20"/>
                <w:szCs w:val="20"/>
              </w:rPr>
              <w:t>Severe</w:t>
            </w:r>
          </w:p>
        </w:tc>
        <w:tc>
          <w:tcPr>
            <w:tcW w:w="6150" w:type="dxa"/>
            <w:gridSpan w:val="4"/>
          </w:tcPr>
          <w:p w14:paraId="75EC30D7" w14:textId="6679890C" w:rsidR="28463A45" w:rsidRPr="004F51E8" w:rsidRDefault="28463A45" w:rsidP="28463A45">
            <w:pPr>
              <w:rPr>
                <w:sz w:val="20"/>
                <w:szCs w:val="20"/>
              </w:rPr>
            </w:pPr>
            <w:r w:rsidRPr="004F51E8">
              <w:rPr>
                <w:rFonts w:eastAsia="Aptos" w:cs="Aptos"/>
                <w:sz w:val="20"/>
                <w:szCs w:val="20"/>
              </w:rPr>
              <w:t>Life-threatening injury, permanent disability or fatality.</w:t>
            </w:r>
          </w:p>
        </w:tc>
      </w:tr>
    </w:tbl>
    <w:p w14:paraId="1881E11B" w14:textId="32DA7987" w:rsidR="28463A45" w:rsidRPr="004F51E8" w:rsidRDefault="28463A45" w:rsidP="28463A45">
      <w:pPr>
        <w:rPr>
          <w:sz w:val="20"/>
          <w:szCs w:val="20"/>
        </w:rPr>
      </w:pPr>
      <w:r w:rsidRPr="004F51E8">
        <w:rPr>
          <w:b/>
          <w:bCs/>
          <w:color w:val="002060"/>
          <w:sz w:val="20"/>
          <w:szCs w:val="20"/>
        </w:rPr>
        <w:t xml:space="preserve">Suggested action guide: </w:t>
      </w:r>
      <w:r w:rsidRPr="004F51E8">
        <w:rPr>
          <w:sz w:val="20"/>
          <w:szCs w:val="20"/>
        </w:rPr>
        <w:t>1–4 Low: maintain controls.   5–9 Medium: improve controls where reasonably practicable.   10–16 High: action required before activity.   17–25 Very high: do not proceed until risk is reduced.</w:t>
      </w:r>
    </w:p>
    <w:p w14:paraId="672A6659" w14:textId="77777777" w:rsidR="004249EE" w:rsidRDefault="004249EE">
      <w:pPr>
        <w:sectPr w:rsidR="004249EE">
          <w:headerReference w:type="even" r:id="rId8"/>
          <w:headerReference w:type="default" r:id="rId9"/>
          <w:footerReference w:type="even" r:id="rId10"/>
          <w:footerReference w:type="default" r:id="rId11"/>
          <w:headerReference w:type="first" r:id="rId12"/>
          <w:footerReference w:type="first" r:id="rId13"/>
          <w:pgSz w:w="12240" w:h="15840"/>
          <w:pgMar w:top="792" w:right="864" w:bottom="792" w:left="864" w:header="720" w:footer="720" w:gutter="0"/>
          <w:cols w:space="720"/>
          <w:docGrid w:linePitch="360"/>
        </w:sectPr>
      </w:pPr>
    </w:p>
    <w:p w14:paraId="58ED25B4" w14:textId="77777777" w:rsidR="004249EE" w:rsidRDefault="28463A45" w:rsidP="28463A45">
      <w:pPr>
        <w:pStyle w:val="Heading1"/>
        <w:rPr>
          <w:color w:val="002060"/>
        </w:rPr>
      </w:pPr>
      <w:r w:rsidRPr="28463A45">
        <w:rPr>
          <w:color w:val="002060"/>
        </w:rPr>
        <w:lastRenderedPageBreak/>
        <w:t>4. Work placement risk assessment</w:t>
      </w:r>
    </w:p>
    <w:p w14:paraId="6237C362" w14:textId="77777777" w:rsidR="004249EE" w:rsidRDefault="00000000">
      <w:pPr>
        <w:spacing w:after="100"/>
      </w:pPr>
      <w:r>
        <w:t>Delete or amend example rows and add hazards specific to the role, tasks and workplace. Ensure the young person understands the controls during induction.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5"/>
        <w:gridCol w:w="2047"/>
        <w:gridCol w:w="3656"/>
        <w:gridCol w:w="1024"/>
        <w:gridCol w:w="2925"/>
        <w:gridCol w:w="1755"/>
        <w:gridCol w:w="1462"/>
      </w:tblGrid>
      <w:tr w:rsidR="00CB20FA" w:rsidRPr="00F94040" w14:paraId="46986D0F" w14:textId="77777777" w:rsidTr="0094629C">
        <w:trPr>
          <w:tblHeader/>
        </w:trPr>
        <w:tc>
          <w:tcPr>
            <w:tcW w:w="600" w:type="pct"/>
            <w:shd w:val="clear" w:color="auto" w:fill="002060"/>
            <w:tcMar>
              <w:top w:w="40" w:type="dxa"/>
              <w:left w:w="40" w:type="dxa"/>
              <w:bottom w:w="40" w:type="dxa"/>
              <w:right w:w="40" w:type="dxa"/>
            </w:tcMar>
            <w:hideMark/>
          </w:tcPr>
          <w:p w14:paraId="4F2540BB" w14:textId="77777777" w:rsidR="00CB20FA" w:rsidRPr="00F94040" w:rsidRDefault="00CB20FA">
            <w:pPr>
              <w:jc w:val="center"/>
              <w:rPr>
                <w:kern w:val="2"/>
                <w:szCs w:val="18"/>
                <w:lang w:val="en-GB" w:eastAsia="en-GB"/>
                <w14:ligatures w14:val="standardContextual"/>
              </w:rPr>
            </w:pPr>
            <w:r w:rsidRPr="00F94040">
              <w:rPr>
                <w:b/>
                <w:bCs/>
                <w:color w:val="FFFFFF"/>
                <w:szCs w:val="18"/>
              </w:rPr>
              <w:t>Hazard / task</w:t>
            </w:r>
          </w:p>
        </w:tc>
        <w:tc>
          <w:tcPr>
            <w:tcW w:w="700" w:type="pct"/>
            <w:shd w:val="clear" w:color="auto" w:fill="002060"/>
            <w:tcMar>
              <w:top w:w="40" w:type="dxa"/>
              <w:left w:w="40" w:type="dxa"/>
              <w:bottom w:w="40" w:type="dxa"/>
              <w:right w:w="40" w:type="dxa"/>
            </w:tcMar>
            <w:hideMark/>
          </w:tcPr>
          <w:p w14:paraId="63313460" w14:textId="77777777" w:rsidR="00CB20FA" w:rsidRPr="00F94040" w:rsidRDefault="00CB20FA">
            <w:pPr>
              <w:jc w:val="center"/>
              <w:rPr>
                <w:szCs w:val="18"/>
              </w:rPr>
            </w:pPr>
            <w:r w:rsidRPr="00F94040">
              <w:rPr>
                <w:b/>
                <w:bCs/>
                <w:color w:val="FFFFFF"/>
                <w:szCs w:val="18"/>
              </w:rPr>
              <w:t>Who may be harmed and how?</w:t>
            </w:r>
          </w:p>
        </w:tc>
        <w:tc>
          <w:tcPr>
            <w:tcW w:w="1250" w:type="pct"/>
            <w:shd w:val="clear" w:color="auto" w:fill="002060"/>
            <w:tcMar>
              <w:top w:w="40" w:type="dxa"/>
              <w:left w:w="40" w:type="dxa"/>
              <w:bottom w:w="40" w:type="dxa"/>
              <w:right w:w="40" w:type="dxa"/>
            </w:tcMar>
            <w:hideMark/>
          </w:tcPr>
          <w:p w14:paraId="71B33D09" w14:textId="77777777" w:rsidR="00CB20FA" w:rsidRPr="00F94040" w:rsidRDefault="00CB20FA">
            <w:pPr>
              <w:jc w:val="center"/>
              <w:rPr>
                <w:szCs w:val="18"/>
              </w:rPr>
            </w:pPr>
            <w:r w:rsidRPr="00F94040">
              <w:rPr>
                <w:b/>
                <w:bCs/>
                <w:color w:val="FFFFFF"/>
                <w:szCs w:val="18"/>
              </w:rPr>
              <w:t>Existing controls</w:t>
            </w:r>
          </w:p>
        </w:tc>
        <w:tc>
          <w:tcPr>
            <w:tcW w:w="350" w:type="pct"/>
            <w:shd w:val="clear" w:color="auto" w:fill="002060"/>
            <w:tcMar>
              <w:top w:w="40" w:type="dxa"/>
              <w:left w:w="40" w:type="dxa"/>
              <w:bottom w:w="40" w:type="dxa"/>
              <w:right w:w="40" w:type="dxa"/>
            </w:tcMar>
            <w:hideMark/>
          </w:tcPr>
          <w:p w14:paraId="04396D45" w14:textId="77777777" w:rsidR="00CB20FA" w:rsidRPr="00F94040" w:rsidRDefault="00CB20FA">
            <w:pPr>
              <w:jc w:val="center"/>
              <w:rPr>
                <w:szCs w:val="18"/>
              </w:rPr>
            </w:pPr>
            <w:r w:rsidRPr="00F94040">
              <w:rPr>
                <w:b/>
                <w:bCs/>
                <w:color w:val="FFFFFF"/>
                <w:szCs w:val="18"/>
              </w:rPr>
              <w:t>Initial risk</w:t>
            </w:r>
            <w:r w:rsidRPr="00F94040">
              <w:rPr>
                <w:b/>
                <w:bCs/>
                <w:color w:val="FFFFFF"/>
                <w:szCs w:val="18"/>
              </w:rPr>
              <w:br/>
              <w:t>L × S = R</w:t>
            </w:r>
          </w:p>
        </w:tc>
        <w:tc>
          <w:tcPr>
            <w:tcW w:w="1000" w:type="pct"/>
            <w:shd w:val="clear" w:color="auto" w:fill="002060"/>
            <w:tcMar>
              <w:top w:w="40" w:type="dxa"/>
              <w:left w:w="40" w:type="dxa"/>
              <w:bottom w:w="40" w:type="dxa"/>
              <w:right w:w="40" w:type="dxa"/>
            </w:tcMar>
            <w:hideMark/>
          </w:tcPr>
          <w:p w14:paraId="2A21B23B" w14:textId="77777777" w:rsidR="00CB20FA" w:rsidRPr="00F94040" w:rsidRDefault="00CB20FA">
            <w:pPr>
              <w:jc w:val="center"/>
              <w:rPr>
                <w:szCs w:val="18"/>
              </w:rPr>
            </w:pPr>
            <w:r w:rsidRPr="00F94040">
              <w:rPr>
                <w:b/>
                <w:bCs/>
                <w:color w:val="FFFFFF"/>
                <w:szCs w:val="18"/>
              </w:rPr>
              <w:t>Further action required</w:t>
            </w:r>
          </w:p>
        </w:tc>
        <w:tc>
          <w:tcPr>
            <w:tcW w:w="600" w:type="pct"/>
            <w:shd w:val="clear" w:color="auto" w:fill="002060"/>
            <w:tcMar>
              <w:top w:w="40" w:type="dxa"/>
              <w:left w:w="40" w:type="dxa"/>
              <w:bottom w:w="40" w:type="dxa"/>
              <w:right w:w="40" w:type="dxa"/>
            </w:tcMar>
            <w:hideMark/>
          </w:tcPr>
          <w:p w14:paraId="69BF43D1" w14:textId="77777777" w:rsidR="00CB20FA" w:rsidRPr="00F94040" w:rsidRDefault="00CB20FA">
            <w:pPr>
              <w:jc w:val="center"/>
              <w:rPr>
                <w:szCs w:val="18"/>
              </w:rPr>
            </w:pPr>
            <w:r w:rsidRPr="00F94040">
              <w:rPr>
                <w:b/>
                <w:bCs/>
                <w:color w:val="FFFFFF"/>
                <w:szCs w:val="18"/>
              </w:rPr>
              <w:t>Action owner / due date</w:t>
            </w:r>
          </w:p>
        </w:tc>
        <w:tc>
          <w:tcPr>
            <w:tcW w:w="500" w:type="pct"/>
            <w:shd w:val="clear" w:color="auto" w:fill="002060"/>
            <w:tcMar>
              <w:top w:w="40" w:type="dxa"/>
              <w:left w:w="40" w:type="dxa"/>
              <w:bottom w:w="40" w:type="dxa"/>
              <w:right w:w="40" w:type="dxa"/>
            </w:tcMar>
            <w:hideMark/>
          </w:tcPr>
          <w:p w14:paraId="6999A694" w14:textId="77777777" w:rsidR="00CB20FA" w:rsidRPr="00F94040" w:rsidRDefault="00CB20FA">
            <w:pPr>
              <w:jc w:val="center"/>
              <w:rPr>
                <w:szCs w:val="18"/>
              </w:rPr>
            </w:pPr>
            <w:r w:rsidRPr="00F94040">
              <w:rPr>
                <w:b/>
                <w:bCs/>
                <w:color w:val="FFFFFF"/>
                <w:szCs w:val="18"/>
              </w:rPr>
              <w:t>Residual risk</w:t>
            </w:r>
            <w:r w:rsidRPr="00F94040">
              <w:rPr>
                <w:b/>
                <w:bCs/>
                <w:color w:val="FFFFFF"/>
                <w:szCs w:val="18"/>
              </w:rPr>
              <w:br/>
              <w:t>L × S = R</w:t>
            </w:r>
          </w:p>
        </w:tc>
      </w:tr>
      <w:tr w:rsidR="00CB20FA" w:rsidRPr="00F94040" w14:paraId="342C30FF" w14:textId="77777777">
        <w:trPr>
          <w:cantSplit/>
        </w:trPr>
        <w:tc>
          <w:tcPr>
            <w:tcW w:w="0" w:type="auto"/>
            <w:tcMar>
              <w:top w:w="40" w:type="dxa"/>
              <w:left w:w="40" w:type="dxa"/>
              <w:bottom w:w="40" w:type="dxa"/>
              <w:right w:w="40" w:type="dxa"/>
            </w:tcMar>
            <w:hideMark/>
          </w:tcPr>
          <w:p w14:paraId="609CA480" w14:textId="77777777" w:rsidR="00CB20FA" w:rsidRPr="00F94040" w:rsidRDefault="00CB20FA">
            <w:pPr>
              <w:rPr>
                <w:szCs w:val="18"/>
              </w:rPr>
            </w:pPr>
            <w:r w:rsidRPr="00F94040">
              <w:rPr>
                <w:szCs w:val="18"/>
              </w:rPr>
              <w:t>Unfamiliar workplace, slips, trips and falls</w:t>
            </w:r>
          </w:p>
        </w:tc>
        <w:tc>
          <w:tcPr>
            <w:tcW w:w="0" w:type="auto"/>
            <w:tcMar>
              <w:top w:w="40" w:type="dxa"/>
              <w:left w:w="40" w:type="dxa"/>
              <w:bottom w:w="40" w:type="dxa"/>
              <w:right w:w="40" w:type="dxa"/>
            </w:tcMar>
            <w:hideMark/>
          </w:tcPr>
          <w:p w14:paraId="745FAA59" w14:textId="77777777" w:rsidR="00CB20FA" w:rsidRPr="00F94040" w:rsidRDefault="00CB20FA">
            <w:pPr>
              <w:rPr>
                <w:szCs w:val="18"/>
              </w:rPr>
            </w:pPr>
            <w:r w:rsidRPr="00F94040">
              <w:rPr>
                <w:szCs w:val="18"/>
              </w:rPr>
              <w:t>Young person may be injured because they are unfamiliar with routes, steps, surfaces or housekeeping arrangements.</w:t>
            </w:r>
          </w:p>
        </w:tc>
        <w:tc>
          <w:tcPr>
            <w:tcW w:w="0" w:type="auto"/>
            <w:tcMar>
              <w:top w:w="40" w:type="dxa"/>
              <w:left w:w="40" w:type="dxa"/>
              <w:bottom w:w="40" w:type="dxa"/>
              <w:right w:w="40" w:type="dxa"/>
            </w:tcMar>
            <w:hideMark/>
          </w:tcPr>
          <w:p w14:paraId="15170F19" w14:textId="77777777" w:rsidR="00CB20FA" w:rsidRPr="00F94040" w:rsidRDefault="00CB20FA">
            <w:pPr>
              <w:rPr>
                <w:szCs w:val="18"/>
              </w:rPr>
            </w:pPr>
            <w:r w:rsidRPr="00F94040">
              <w:rPr>
                <w:szCs w:val="18"/>
              </w:rPr>
              <w:t>Workplace kept tidy; safe access routes identified; site tour and induction provided; defects and spillages reported promptly.</w:t>
            </w:r>
          </w:p>
        </w:tc>
        <w:tc>
          <w:tcPr>
            <w:tcW w:w="0" w:type="auto"/>
            <w:tcMar>
              <w:top w:w="40" w:type="dxa"/>
              <w:left w:w="40" w:type="dxa"/>
              <w:bottom w:w="40" w:type="dxa"/>
              <w:right w:w="40" w:type="dxa"/>
            </w:tcMar>
            <w:hideMark/>
          </w:tcPr>
          <w:p w14:paraId="30AAE1D0" w14:textId="77777777" w:rsidR="00CB20FA" w:rsidRPr="00F94040" w:rsidRDefault="00CB20FA">
            <w:pPr>
              <w:jc w:val="center"/>
              <w:rPr>
                <w:szCs w:val="18"/>
              </w:rPr>
            </w:pPr>
            <w:r w:rsidRPr="00F94040">
              <w:rPr>
                <w:szCs w:val="18"/>
              </w:rPr>
              <w:t>__ × __ = __</w:t>
            </w:r>
          </w:p>
        </w:tc>
        <w:tc>
          <w:tcPr>
            <w:tcW w:w="0" w:type="auto"/>
            <w:tcMar>
              <w:top w:w="40" w:type="dxa"/>
              <w:left w:w="40" w:type="dxa"/>
              <w:bottom w:w="40" w:type="dxa"/>
              <w:right w:w="40" w:type="dxa"/>
            </w:tcMar>
            <w:hideMark/>
          </w:tcPr>
          <w:p w14:paraId="26A5B717" w14:textId="77777777" w:rsidR="00CB20FA" w:rsidRPr="00F94040" w:rsidRDefault="00CB20FA">
            <w:pPr>
              <w:rPr>
                <w:szCs w:val="18"/>
              </w:rPr>
            </w:pPr>
            <w:r w:rsidRPr="00F94040">
              <w:rPr>
                <w:szCs w:val="18"/>
              </w:rPr>
              <w:t>Confirm any inaccessible or restricted areas. Check suitable footwear and weather arrangements.</w:t>
            </w:r>
          </w:p>
        </w:tc>
        <w:tc>
          <w:tcPr>
            <w:tcW w:w="0" w:type="auto"/>
            <w:tcMar>
              <w:top w:w="40" w:type="dxa"/>
              <w:left w:w="40" w:type="dxa"/>
              <w:bottom w:w="40" w:type="dxa"/>
              <w:right w:w="40" w:type="dxa"/>
            </w:tcMar>
            <w:hideMark/>
          </w:tcPr>
          <w:p w14:paraId="3E6DAE9E" w14:textId="77777777" w:rsidR="00CB20FA" w:rsidRPr="00F94040" w:rsidRDefault="00CB20FA">
            <w:pPr>
              <w:jc w:val="center"/>
              <w:rPr>
                <w:szCs w:val="18"/>
              </w:rPr>
            </w:pPr>
            <w:r w:rsidRPr="00F94040">
              <w:rPr>
                <w:szCs w:val="18"/>
              </w:rPr>
              <w:t>________</w:t>
            </w:r>
            <w:r w:rsidRPr="00F94040">
              <w:rPr>
                <w:szCs w:val="18"/>
              </w:rPr>
              <w:br/>
              <w:t>__/__/__</w:t>
            </w:r>
          </w:p>
        </w:tc>
        <w:tc>
          <w:tcPr>
            <w:tcW w:w="0" w:type="auto"/>
            <w:tcMar>
              <w:top w:w="40" w:type="dxa"/>
              <w:left w:w="40" w:type="dxa"/>
              <w:bottom w:w="40" w:type="dxa"/>
              <w:right w:w="40" w:type="dxa"/>
            </w:tcMar>
            <w:hideMark/>
          </w:tcPr>
          <w:p w14:paraId="10D0C542" w14:textId="77777777" w:rsidR="00CB20FA" w:rsidRPr="00F94040" w:rsidRDefault="00CB20FA">
            <w:pPr>
              <w:jc w:val="center"/>
              <w:rPr>
                <w:szCs w:val="18"/>
              </w:rPr>
            </w:pPr>
            <w:r w:rsidRPr="00F94040">
              <w:rPr>
                <w:szCs w:val="18"/>
              </w:rPr>
              <w:t>__ × __ = __</w:t>
            </w:r>
          </w:p>
        </w:tc>
      </w:tr>
      <w:tr w:rsidR="00CB20FA" w:rsidRPr="00F94040" w14:paraId="02E61912" w14:textId="77777777">
        <w:trPr>
          <w:cantSplit/>
        </w:trPr>
        <w:tc>
          <w:tcPr>
            <w:tcW w:w="0" w:type="auto"/>
            <w:shd w:val="clear" w:color="auto" w:fill="F4F7F8"/>
            <w:tcMar>
              <w:top w:w="40" w:type="dxa"/>
              <w:left w:w="40" w:type="dxa"/>
              <w:bottom w:w="40" w:type="dxa"/>
              <w:right w:w="40" w:type="dxa"/>
            </w:tcMar>
            <w:hideMark/>
          </w:tcPr>
          <w:p w14:paraId="1E606D12" w14:textId="77777777" w:rsidR="00CB20FA" w:rsidRPr="00F94040" w:rsidRDefault="00CB20FA">
            <w:pPr>
              <w:rPr>
                <w:szCs w:val="18"/>
              </w:rPr>
            </w:pPr>
            <w:r w:rsidRPr="00F94040">
              <w:rPr>
                <w:color w:val="000000"/>
                <w:szCs w:val="18"/>
              </w:rPr>
              <w:t>Fire and emergency evacuation</w:t>
            </w:r>
          </w:p>
        </w:tc>
        <w:tc>
          <w:tcPr>
            <w:tcW w:w="0" w:type="auto"/>
            <w:shd w:val="clear" w:color="auto" w:fill="F4F7F8"/>
            <w:tcMar>
              <w:top w:w="40" w:type="dxa"/>
              <w:left w:w="40" w:type="dxa"/>
              <w:bottom w:w="40" w:type="dxa"/>
              <w:right w:w="40" w:type="dxa"/>
            </w:tcMar>
            <w:hideMark/>
          </w:tcPr>
          <w:p w14:paraId="74451B7C" w14:textId="77777777" w:rsidR="00CB20FA" w:rsidRPr="00F94040" w:rsidRDefault="00CB20FA">
            <w:pPr>
              <w:rPr>
                <w:szCs w:val="18"/>
              </w:rPr>
            </w:pPr>
            <w:r w:rsidRPr="00F94040">
              <w:rPr>
                <w:color w:val="000000"/>
                <w:szCs w:val="18"/>
              </w:rPr>
              <w:t>Young person may not know alarm, exit, assembly or emergency arrangements.</w:t>
            </w:r>
          </w:p>
        </w:tc>
        <w:tc>
          <w:tcPr>
            <w:tcW w:w="0" w:type="auto"/>
            <w:shd w:val="clear" w:color="auto" w:fill="F4F7F8"/>
            <w:tcMar>
              <w:top w:w="40" w:type="dxa"/>
              <w:left w:w="40" w:type="dxa"/>
              <w:bottom w:w="40" w:type="dxa"/>
              <w:right w:w="40" w:type="dxa"/>
            </w:tcMar>
            <w:hideMark/>
          </w:tcPr>
          <w:p w14:paraId="1A3C5CFC" w14:textId="77777777" w:rsidR="00CB20FA" w:rsidRPr="00F94040" w:rsidRDefault="00CB20FA">
            <w:pPr>
              <w:rPr>
                <w:szCs w:val="18"/>
              </w:rPr>
            </w:pPr>
            <w:r w:rsidRPr="00F94040">
              <w:rPr>
                <w:color w:val="000000"/>
                <w:szCs w:val="18"/>
              </w:rPr>
              <w:t>Explain alarms, exits, assembly point, emergency contacts and first-aid arrangements during induction. Identify trained staff.</w:t>
            </w:r>
          </w:p>
        </w:tc>
        <w:tc>
          <w:tcPr>
            <w:tcW w:w="0" w:type="auto"/>
            <w:shd w:val="clear" w:color="auto" w:fill="F4F7F8"/>
            <w:tcMar>
              <w:top w:w="40" w:type="dxa"/>
              <w:left w:w="40" w:type="dxa"/>
              <w:bottom w:w="40" w:type="dxa"/>
              <w:right w:w="40" w:type="dxa"/>
            </w:tcMar>
            <w:hideMark/>
          </w:tcPr>
          <w:p w14:paraId="18C7E99E" w14:textId="77777777" w:rsidR="00CB20FA" w:rsidRPr="00F94040" w:rsidRDefault="00CB20FA">
            <w:pPr>
              <w:jc w:val="center"/>
              <w:rPr>
                <w:szCs w:val="18"/>
              </w:rPr>
            </w:pPr>
            <w:r w:rsidRPr="00F94040">
              <w:rPr>
                <w:color w:val="000000"/>
                <w:szCs w:val="18"/>
              </w:rPr>
              <w:t>__ × __ = __</w:t>
            </w:r>
          </w:p>
        </w:tc>
        <w:tc>
          <w:tcPr>
            <w:tcW w:w="0" w:type="auto"/>
            <w:shd w:val="clear" w:color="auto" w:fill="F4F7F8"/>
            <w:tcMar>
              <w:top w:w="40" w:type="dxa"/>
              <w:left w:w="40" w:type="dxa"/>
              <w:bottom w:w="40" w:type="dxa"/>
              <w:right w:w="40" w:type="dxa"/>
            </w:tcMar>
            <w:hideMark/>
          </w:tcPr>
          <w:p w14:paraId="485A2378" w14:textId="77777777" w:rsidR="00CB20FA" w:rsidRPr="00F94040" w:rsidRDefault="00CB20FA">
            <w:pPr>
              <w:rPr>
                <w:szCs w:val="18"/>
              </w:rPr>
            </w:pPr>
            <w:r w:rsidRPr="00F94040">
              <w:rPr>
                <w:color w:val="000000"/>
                <w:szCs w:val="18"/>
              </w:rPr>
              <w:t>Complete a PEEP where required. Check understanding and record induction.</w:t>
            </w:r>
          </w:p>
        </w:tc>
        <w:tc>
          <w:tcPr>
            <w:tcW w:w="0" w:type="auto"/>
            <w:shd w:val="clear" w:color="auto" w:fill="F4F7F8"/>
            <w:tcMar>
              <w:top w:w="40" w:type="dxa"/>
              <w:left w:w="40" w:type="dxa"/>
              <w:bottom w:w="40" w:type="dxa"/>
              <w:right w:w="40" w:type="dxa"/>
            </w:tcMar>
            <w:hideMark/>
          </w:tcPr>
          <w:p w14:paraId="450FA0F7" w14:textId="77777777" w:rsidR="00CB20FA" w:rsidRPr="00F94040" w:rsidRDefault="00CB20FA">
            <w:pPr>
              <w:jc w:val="center"/>
              <w:rPr>
                <w:szCs w:val="18"/>
              </w:rPr>
            </w:pPr>
            <w:r w:rsidRPr="00F94040">
              <w:rPr>
                <w:color w:val="000000"/>
                <w:szCs w:val="18"/>
              </w:rPr>
              <w:t>________</w:t>
            </w:r>
            <w:r w:rsidRPr="00F94040">
              <w:rPr>
                <w:color w:val="000000"/>
                <w:szCs w:val="18"/>
              </w:rPr>
              <w:br/>
              <w:t>__/__/__</w:t>
            </w:r>
          </w:p>
        </w:tc>
        <w:tc>
          <w:tcPr>
            <w:tcW w:w="0" w:type="auto"/>
            <w:shd w:val="clear" w:color="auto" w:fill="F4F7F8"/>
            <w:tcMar>
              <w:top w:w="40" w:type="dxa"/>
              <w:left w:w="40" w:type="dxa"/>
              <w:bottom w:w="40" w:type="dxa"/>
              <w:right w:w="40" w:type="dxa"/>
            </w:tcMar>
            <w:hideMark/>
          </w:tcPr>
          <w:p w14:paraId="039EEC91" w14:textId="77777777" w:rsidR="00CB20FA" w:rsidRPr="00F94040" w:rsidRDefault="00CB20FA">
            <w:pPr>
              <w:jc w:val="center"/>
              <w:rPr>
                <w:szCs w:val="18"/>
              </w:rPr>
            </w:pPr>
            <w:r w:rsidRPr="00F94040">
              <w:rPr>
                <w:color w:val="000000"/>
                <w:szCs w:val="18"/>
              </w:rPr>
              <w:t>__ × __ = __</w:t>
            </w:r>
          </w:p>
        </w:tc>
      </w:tr>
      <w:tr w:rsidR="00CB20FA" w:rsidRPr="00F94040" w14:paraId="74D0C152" w14:textId="77777777">
        <w:trPr>
          <w:cantSplit/>
        </w:trPr>
        <w:tc>
          <w:tcPr>
            <w:tcW w:w="0" w:type="auto"/>
            <w:tcMar>
              <w:top w:w="40" w:type="dxa"/>
              <w:left w:w="40" w:type="dxa"/>
              <w:bottom w:w="40" w:type="dxa"/>
              <w:right w:w="40" w:type="dxa"/>
            </w:tcMar>
            <w:hideMark/>
          </w:tcPr>
          <w:p w14:paraId="505C8953" w14:textId="77777777" w:rsidR="00CB20FA" w:rsidRPr="00F94040" w:rsidRDefault="00CB20FA">
            <w:pPr>
              <w:rPr>
                <w:szCs w:val="18"/>
              </w:rPr>
            </w:pPr>
            <w:r w:rsidRPr="00F94040">
              <w:rPr>
                <w:szCs w:val="18"/>
              </w:rPr>
              <w:t>Work equipment, machinery or tools</w:t>
            </w:r>
          </w:p>
        </w:tc>
        <w:tc>
          <w:tcPr>
            <w:tcW w:w="0" w:type="auto"/>
            <w:tcMar>
              <w:top w:w="40" w:type="dxa"/>
              <w:left w:w="40" w:type="dxa"/>
              <w:bottom w:w="40" w:type="dxa"/>
              <w:right w:w="40" w:type="dxa"/>
            </w:tcMar>
            <w:hideMark/>
          </w:tcPr>
          <w:p w14:paraId="090D216E" w14:textId="77777777" w:rsidR="00CB20FA" w:rsidRPr="00F94040" w:rsidRDefault="00CB20FA">
            <w:pPr>
              <w:rPr>
                <w:szCs w:val="18"/>
              </w:rPr>
            </w:pPr>
            <w:r w:rsidRPr="00F94040">
              <w:rPr>
                <w:szCs w:val="18"/>
              </w:rPr>
              <w:t>Cuts, entanglement, impact, electric shock or other injury through inexperience or unauthorised use.</w:t>
            </w:r>
          </w:p>
        </w:tc>
        <w:tc>
          <w:tcPr>
            <w:tcW w:w="0" w:type="auto"/>
            <w:tcMar>
              <w:top w:w="40" w:type="dxa"/>
              <w:left w:w="40" w:type="dxa"/>
              <w:bottom w:w="40" w:type="dxa"/>
              <w:right w:w="40" w:type="dxa"/>
            </w:tcMar>
            <w:hideMark/>
          </w:tcPr>
          <w:p w14:paraId="57C82F22" w14:textId="77777777" w:rsidR="00CB20FA" w:rsidRPr="00F94040" w:rsidRDefault="00CB20FA">
            <w:pPr>
              <w:rPr>
                <w:szCs w:val="18"/>
              </w:rPr>
            </w:pPr>
            <w:r w:rsidRPr="00F94040">
              <w:rPr>
                <w:szCs w:val="18"/>
              </w:rPr>
              <w:t>Only suitable, planned tasks permitted; equipment checked; instruction and close supervision provided; guards and safe systems used.</w:t>
            </w:r>
          </w:p>
        </w:tc>
        <w:tc>
          <w:tcPr>
            <w:tcW w:w="0" w:type="auto"/>
            <w:tcMar>
              <w:top w:w="40" w:type="dxa"/>
              <w:left w:w="40" w:type="dxa"/>
              <w:bottom w:w="40" w:type="dxa"/>
              <w:right w:w="40" w:type="dxa"/>
            </w:tcMar>
            <w:hideMark/>
          </w:tcPr>
          <w:p w14:paraId="35C511B4" w14:textId="77777777" w:rsidR="00CB20FA" w:rsidRPr="00F94040" w:rsidRDefault="00CB20FA">
            <w:pPr>
              <w:jc w:val="center"/>
              <w:rPr>
                <w:szCs w:val="18"/>
              </w:rPr>
            </w:pPr>
            <w:r w:rsidRPr="00F94040">
              <w:rPr>
                <w:szCs w:val="18"/>
              </w:rPr>
              <w:t>__ × __ = __</w:t>
            </w:r>
          </w:p>
        </w:tc>
        <w:tc>
          <w:tcPr>
            <w:tcW w:w="0" w:type="auto"/>
            <w:tcMar>
              <w:top w:w="40" w:type="dxa"/>
              <w:left w:w="40" w:type="dxa"/>
              <w:bottom w:w="40" w:type="dxa"/>
              <w:right w:w="40" w:type="dxa"/>
            </w:tcMar>
            <w:hideMark/>
          </w:tcPr>
          <w:p w14:paraId="644504E0" w14:textId="77777777" w:rsidR="00CB20FA" w:rsidRPr="00F94040" w:rsidRDefault="00CB20FA">
            <w:pPr>
              <w:rPr>
                <w:szCs w:val="18"/>
              </w:rPr>
            </w:pPr>
            <w:r w:rsidRPr="00F94040">
              <w:rPr>
                <w:szCs w:val="18"/>
              </w:rPr>
              <w:t>List prohibited equipment and tasks. Confirm supervisor competence and PPE requirements.</w:t>
            </w:r>
          </w:p>
        </w:tc>
        <w:tc>
          <w:tcPr>
            <w:tcW w:w="0" w:type="auto"/>
            <w:tcMar>
              <w:top w:w="40" w:type="dxa"/>
              <w:left w:w="40" w:type="dxa"/>
              <w:bottom w:w="40" w:type="dxa"/>
              <w:right w:w="40" w:type="dxa"/>
            </w:tcMar>
            <w:hideMark/>
          </w:tcPr>
          <w:p w14:paraId="46D8E116" w14:textId="77777777" w:rsidR="00CB20FA" w:rsidRPr="00F94040" w:rsidRDefault="00CB20FA">
            <w:pPr>
              <w:jc w:val="center"/>
              <w:rPr>
                <w:szCs w:val="18"/>
              </w:rPr>
            </w:pPr>
            <w:r w:rsidRPr="00F94040">
              <w:rPr>
                <w:szCs w:val="18"/>
              </w:rPr>
              <w:t>________</w:t>
            </w:r>
            <w:r w:rsidRPr="00F94040">
              <w:rPr>
                <w:szCs w:val="18"/>
              </w:rPr>
              <w:br/>
              <w:t>__/__/__</w:t>
            </w:r>
          </w:p>
        </w:tc>
        <w:tc>
          <w:tcPr>
            <w:tcW w:w="0" w:type="auto"/>
            <w:tcMar>
              <w:top w:w="40" w:type="dxa"/>
              <w:left w:w="40" w:type="dxa"/>
              <w:bottom w:w="40" w:type="dxa"/>
              <w:right w:w="40" w:type="dxa"/>
            </w:tcMar>
            <w:hideMark/>
          </w:tcPr>
          <w:p w14:paraId="093FEF6C" w14:textId="77777777" w:rsidR="00CB20FA" w:rsidRPr="00F94040" w:rsidRDefault="00CB20FA">
            <w:pPr>
              <w:jc w:val="center"/>
              <w:rPr>
                <w:szCs w:val="18"/>
              </w:rPr>
            </w:pPr>
            <w:r w:rsidRPr="00F94040">
              <w:rPr>
                <w:szCs w:val="18"/>
              </w:rPr>
              <w:t>__ × __ = __</w:t>
            </w:r>
          </w:p>
        </w:tc>
      </w:tr>
      <w:tr w:rsidR="00CB20FA" w:rsidRPr="00F94040" w14:paraId="7384CEE7" w14:textId="77777777">
        <w:trPr>
          <w:cantSplit/>
        </w:trPr>
        <w:tc>
          <w:tcPr>
            <w:tcW w:w="0" w:type="auto"/>
            <w:shd w:val="clear" w:color="auto" w:fill="F4F7F8"/>
            <w:tcMar>
              <w:top w:w="40" w:type="dxa"/>
              <w:left w:w="40" w:type="dxa"/>
              <w:bottom w:w="40" w:type="dxa"/>
              <w:right w:w="40" w:type="dxa"/>
            </w:tcMar>
            <w:hideMark/>
          </w:tcPr>
          <w:p w14:paraId="079564BF" w14:textId="77777777" w:rsidR="00CB20FA" w:rsidRPr="00F94040" w:rsidRDefault="00CB20FA">
            <w:pPr>
              <w:rPr>
                <w:szCs w:val="18"/>
              </w:rPr>
            </w:pPr>
            <w:r w:rsidRPr="00F94040">
              <w:rPr>
                <w:color w:val="000000"/>
                <w:szCs w:val="18"/>
              </w:rPr>
              <w:t>Manual handling</w:t>
            </w:r>
          </w:p>
        </w:tc>
        <w:tc>
          <w:tcPr>
            <w:tcW w:w="0" w:type="auto"/>
            <w:shd w:val="clear" w:color="auto" w:fill="F4F7F8"/>
            <w:tcMar>
              <w:top w:w="40" w:type="dxa"/>
              <w:left w:w="40" w:type="dxa"/>
              <w:bottom w:w="40" w:type="dxa"/>
              <w:right w:w="40" w:type="dxa"/>
            </w:tcMar>
            <w:hideMark/>
          </w:tcPr>
          <w:p w14:paraId="0946B3E7" w14:textId="77777777" w:rsidR="00CB20FA" w:rsidRPr="00F94040" w:rsidRDefault="00CB20FA">
            <w:pPr>
              <w:rPr>
                <w:szCs w:val="18"/>
              </w:rPr>
            </w:pPr>
            <w:r w:rsidRPr="00F94040">
              <w:rPr>
                <w:color w:val="000000"/>
                <w:szCs w:val="18"/>
              </w:rPr>
              <w:t>Strain, sprain or crush injury due to load, posture, repetition or limited physical capability.</w:t>
            </w:r>
          </w:p>
        </w:tc>
        <w:tc>
          <w:tcPr>
            <w:tcW w:w="0" w:type="auto"/>
            <w:shd w:val="clear" w:color="auto" w:fill="F4F7F8"/>
            <w:tcMar>
              <w:top w:w="40" w:type="dxa"/>
              <w:left w:w="40" w:type="dxa"/>
              <w:bottom w:w="40" w:type="dxa"/>
              <w:right w:w="40" w:type="dxa"/>
            </w:tcMar>
            <w:hideMark/>
          </w:tcPr>
          <w:p w14:paraId="78706774" w14:textId="77777777" w:rsidR="00CB20FA" w:rsidRPr="00F94040" w:rsidRDefault="00CB20FA">
            <w:pPr>
              <w:rPr>
                <w:szCs w:val="18"/>
              </w:rPr>
            </w:pPr>
            <w:r w:rsidRPr="00F94040">
              <w:rPr>
                <w:color w:val="000000"/>
                <w:szCs w:val="18"/>
              </w:rPr>
              <w:t>Avoid unnecessary lifting; assess task and load; provide instruction; use aids or team lifting; match tasks to capability.</w:t>
            </w:r>
          </w:p>
        </w:tc>
        <w:tc>
          <w:tcPr>
            <w:tcW w:w="0" w:type="auto"/>
            <w:shd w:val="clear" w:color="auto" w:fill="F4F7F8"/>
            <w:tcMar>
              <w:top w:w="40" w:type="dxa"/>
              <w:left w:w="40" w:type="dxa"/>
              <w:bottom w:w="40" w:type="dxa"/>
              <w:right w:w="40" w:type="dxa"/>
            </w:tcMar>
            <w:hideMark/>
          </w:tcPr>
          <w:p w14:paraId="0B3DB25F" w14:textId="77777777" w:rsidR="00CB20FA" w:rsidRPr="00F94040" w:rsidRDefault="00CB20FA">
            <w:pPr>
              <w:jc w:val="center"/>
              <w:rPr>
                <w:szCs w:val="18"/>
              </w:rPr>
            </w:pPr>
            <w:r w:rsidRPr="00F94040">
              <w:rPr>
                <w:color w:val="000000"/>
                <w:szCs w:val="18"/>
              </w:rPr>
              <w:t>__ × __ = __</w:t>
            </w:r>
          </w:p>
        </w:tc>
        <w:tc>
          <w:tcPr>
            <w:tcW w:w="0" w:type="auto"/>
            <w:shd w:val="clear" w:color="auto" w:fill="F4F7F8"/>
            <w:tcMar>
              <w:top w:w="40" w:type="dxa"/>
              <w:left w:w="40" w:type="dxa"/>
              <w:bottom w:w="40" w:type="dxa"/>
              <w:right w:w="40" w:type="dxa"/>
            </w:tcMar>
            <w:hideMark/>
          </w:tcPr>
          <w:p w14:paraId="58F0A946" w14:textId="77777777" w:rsidR="00CB20FA" w:rsidRPr="00F94040" w:rsidRDefault="00CB20FA">
            <w:pPr>
              <w:rPr>
                <w:szCs w:val="18"/>
              </w:rPr>
            </w:pPr>
            <w:r w:rsidRPr="00F94040">
              <w:rPr>
                <w:color w:val="000000"/>
                <w:szCs w:val="18"/>
              </w:rPr>
              <w:t>Specify weight/task limits and any tasks not permitted.</w:t>
            </w:r>
          </w:p>
        </w:tc>
        <w:tc>
          <w:tcPr>
            <w:tcW w:w="0" w:type="auto"/>
            <w:shd w:val="clear" w:color="auto" w:fill="F4F7F8"/>
            <w:tcMar>
              <w:top w:w="40" w:type="dxa"/>
              <w:left w:w="40" w:type="dxa"/>
              <w:bottom w:w="40" w:type="dxa"/>
              <w:right w:w="40" w:type="dxa"/>
            </w:tcMar>
            <w:hideMark/>
          </w:tcPr>
          <w:p w14:paraId="239AB634" w14:textId="77777777" w:rsidR="00CB20FA" w:rsidRPr="00F94040" w:rsidRDefault="00CB20FA">
            <w:pPr>
              <w:jc w:val="center"/>
              <w:rPr>
                <w:szCs w:val="18"/>
              </w:rPr>
            </w:pPr>
            <w:r w:rsidRPr="00F94040">
              <w:rPr>
                <w:color w:val="000000"/>
                <w:szCs w:val="18"/>
              </w:rPr>
              <w:t>________</w:t>
            </w:r>
            <w:r w:rsidRPr="00F94040">
              <w:rPr>
                <w:color w:val="000000"/>
                <w:szCs w:val="18"/>
              </w:rPr>
              <w:br/>
              <w:t>__/__/__</w:t>
            </w:r>
          </w:p>
        </w:tc>
        <w:tc>
          <w:tcPr>
            <w:tcW w:w="0" w:type="auto"/>
            <w:shd w:val="clear" w:color="auto" w:fill="F4F7F8"/>
            <w:tcMar>
              <w:top w:w="40" w:type="dxa"/>
              <w:left w:w="40" w:type="dxa"/>
              <w:bottom w:w="40" w:type="dxa"/>
              <w:right w:w="40" w:type="dxa"/>
            </w:tcMar>
            <w:hideMark/>
          </w:tcPr>
          <w:p w14:paraId="014C9F38" w14:textId="77777777" w:rsidR="00CB20FA" w:rsidRPr="00F94040" w:rsidRDefault="00CB20FA">
            <w:pPr>
              <w:jc w:val="center"/>
              <w:rPr>
                <w:szCs w:val="18"/>
              </w:rPr>
            </w:pPr>
            <w:r w:rsidRPr="00F94040">
              <w:rPr>
                <w:color w:val="000000"/>
                <w:szCs w:val="18"/>
              </w:rPr>
              <w:t>__ × __ = __</w:t>
            </w:r>
          </w:p>
        </w:tc>
      </w:tr>
      <w:tr w:rsidR="00CB20FA" w:rsidRPr="00F94040" w14:paraId="6EA8E44E" w14:textId="77777777">
        <w:trPr>
          <w:cantSplit/>
        </w:trPr>
        <w:tc>
          <w:tcPr>
            <w:tcW w:w="0" w:type="auto"/>
            <w:tcMar>
              <w:top w:w="40" w:type="dxa"/>
              <w:left w:w="40" w:type="dxa"/>
              <w:bottom w:w="40" w:type="dxa"/>
              <w:right w:w="40" w:type="dxa"/>
            </w:tcMar>
            <w:hideMark/>
          </w:tcPr>
          <w:p w14:paraId="49027086" w14:textId="77777777" w:rsidR="00CB20FA" w:rsidRPr="00F94040" w:rsidRDefault="00CB20FA">
            <w:pPr>
              <w:rPr>
                <w:szCs w:val="18"/>
              </w:rPr>
            </w:pPr>
            <w:r w:rsidRPr="00F94040">
              <w:rPr>
                <w:szCs w:val="18"/>
              </w:rPr>
              <w:t>Hazardous substances, dusts or biological agents</w:t>
            </w:r>
          </w:p>
        </w:tc>
        <w:tc>
          <w:tcPr>
            <w:tcW w:w="0" w:type="auto"/>
            <w:tcMar>
              <w:top w:w="40" w:type="dxa"/>
              <w:left w:w="40" w:type="dxa"/>
              <w:bottom w:w="40" w:type="dxa"/>
              <w:right w:w="40" w:type="dxa"/>
            </w:tcMar>
            <w:hideMark/>
          </w:tcPr>
          <w:p w14:paraId="7DA3ACC0" w14:textId="77777777" w:rsidR="00CB20FA" w:rsidRPr="00F94040" w:rsidRDefault="00CB20FA">
            <w:pPr>
              <w:rPr>
                <w:szCs w:val="18"/>
              </w:rPr>
            </w:pPr>
            <w:r w:rsidRPr="00F94040">
              <w:rPr>
                <w:szCs w:val="18"/>
              </w:rPr>
              <w:t>Exposure could cause irritation, illness, sensitisation, burns or infection.</w:t>
            </w:r>
          </w:p>
        </w:tc>
        <w:tc>
          <w:tcPr>
            <w:tcW w:w="0" w:type="auto"/>
            <w:tcMar>
              <w:top w:w="40" w:type="dxa"/>
              <w:left w:w="40" w:type="dxa"/>
              <w:bottom w:w="40" w:type="dxa"/>
              <w:right w:w="40" w:type="dxa"/>
            </w:tcMar>
            <w:hideMark/>
          </w:tcPr>
          <w:p w14:paraId="0B274D6B" w14:textId="77777777" w:rsidR="00CB20FA" w:rsidRPr="00F94040" w:rsidRDefault="00CB20FA">
            <w:pPr>
              <w:rPr>
                <w:szCs w:val="18"/>
              </w:rPr>
            </w:pPr>
            <w:r w:rsidRPr="00F94040">
              <w:rPr>
                <w:szCs w:val="18"/>
              </w:rPr>
              <w:t>Existing COSHH controls followed; substances secured and labelled; young person kept away unless activity is specifically assessed and supervised.</w:t>
            </w:r>
          </w:p>
        </w:tc>
        <w:tc>
          <w:tcPr>
            <w:tcW w:w="0" w:type="auto"/>
            <w:tcMar>
              <w:top w:w="40" w:type="dxa"/>
              <w:left w:w="40" w:type="dxa"/>
              <w:bottom w:w="40" w:type="dxa"/>
              <w:right w:w="40" w:type="dxa"/>
            </w:tcMar>
            <w:hideMark/>
          </w:tcPr>
          <w:p w14:paraId="7DD1CB86" w14:textId="77777777" w:rsidR="00CB20FA" w:rsidRPr="00F94040" w:rsidRDefault="00CB20FA">
            <w:pPr>
              <w:jc w:val="center"/>
              <w:rPr>
                <w:szCs w:val="18"/>
              </w:rPr>
            </w:pPr>
            <w:r w:rsidRPr="00F94040">
              <w:rPr>
                <w:szCs w:val="18"/>
              </w:rPr>
              <w:t>__ × __ = __</w:t>
            </w:r>
          </w:p>
        </w:tc>
        <w:tc>
          <w:tcPr>
            <w:tcW w:w="0" w:type="auto"/>
            <w:tcMar>
              <w:top w:w="40" w:type="dxa"/>
              <w:left w:w="40" w:type="dxa"/>
              <w:bottom w:w="40" w:type="dxa"/>
              <w:right w:w="40" w:type="dxa"/>
            </w:tcMar>
            <w:hideMark/>
          </w:tcPr>
          <w:p w14:paraId="7479C2B8" w14:textId="77777777" w:rsidR="00CB20FA" w:rsidRPr="00F94040" w:rsidRDefault="00CB20FA">
            <w:pPr>
              <w:rPr>
                <w:szCs w:val="18"/>
              </w:rPr>
            </w:pPr>
            <w:r w:rsidRPr="00F94040">
              <w:rPr>
                <w:szCs w:val="18"/>
              </w:rPr>
              <w:t>Identify prohibited substances/areas and required PPE or hygiene controls.</w:t>
            </w:r>
          </w:p>
        </w:tc>
        <w:tc>
          <w:tcPr>
            <w:tcW w:w="0" w:type="auto"/>
            <w:tcMar>
              <w:top w:w="40" w:type="dxa"/>
              <w:left w:w="40" w:type="dxa"/>
              <w:bottom w:w="40" w:type="dxa"/>
              <w:right w:w="40" w:type="dxa"/>
            </w:tcMar>
            <w:hideMark/>
          </w:tcPr>
          <w:p w14:paraId="7E301489" w14:textId="77777777" w:rsidR="00CB20FA" w:rsidRPr="00F94040" w:rsidRDefault="00CB20FA">
            <w:pPr>
              <w:jc w:val="center"/>
              <w:rPr>
                <w:szCs w:val="18"/>
              </w:rPr>
            </w:pPr>
            <w:r w:rsidRPr="00F94040">
              <w:rPr>
                <w:szCs w:val="18"/>
              </w:rPr>
              <w:t>________</w:t>
            </w:r>
            <w:r w:rsidRPr="00F94040">
              <w:rPr>
                <w:szCs w:val="18"/>
              </w:rPr>
              <w:br/>
              <w:t>__/__/__</w:t>
            </w:r>
          </w:p>
        </w:tc>
        <w:tc>
          <w:tcPr>
            <w:tcW w:w="0" w:type="auto"/>
            <w:tcMar>
              <w:top w:w="40" w:type="dxa"/>
              <w:left w:w="40" w:type="dxa"/>
              <w:bottom w:w="40" w:type="dxa"/>
              <w:right w:w="40" w:type="dxa"/>
            </w:tcMar>
            <w:hideMark/>
          </w:tcPr>
          <w:p w14:paraId="1590CA2D" w14:textId="77777777" w:rsidR="00CB20FA" w:rsidRPr="00F94040" w:rsidRDefault="00CB20FA">
            <w:pPr>
              <w:jc w:val="center"/>
              <w:rPr>
                <w:szCs w:val="18"/>
              </w:rPr>
            </w:pPr>
            <w:r w:rsidRPr="00F94040">
              <w:rPr>
                <w:szCs w:val="18"/>
              </w:rPr>
              <w:t>__ × __ = __</w:t>
            </w:r>
          </w:p>
        </w:tc>
      </w:tr>
      <w:tr w:rsidR="00CB20FA" w:rsidRPr="00F94040" w14:paraId="104BFFF5" w14:textId="77777777">
        <w:trPr>
          <w:cantSplit/>
        </w:trPr>
        <w:tc>
          <w:tcPr>
            <w:tcW w:w="0" w:type="auto"/>
            <w:shd w:val="clear" w:color="auto" w:fill="F4F7F8"/>
            <w:tcMar>
              <w:top w:w="40" w:type="dxa"/>
              <w:left w:w="40" w:type="dxa"/>
              <w:bottom w:w="40" w:type="dxa"/>
              <w:right w:w="40" w:type="dxa"/>
            </w:tcMar>
            <w:hideMark/>
          </w:tcPr>
          <w:p w14:paraId="604B7ADF" w14:textId="77777777" w:rsidR="00CB20FA" w:rsidRPr="00F94040" w:rsidRDefault="00CB20FA">
            <w:pPr>
              <w:rPr>
                <w:szCs w:val="18"/>
              </w:rPr>
            </w:pPr>
            <w:r w:rsidRPr="00F94040">
              <w:rPr>
                <w:color w:val="000000"/>
                <w:szCs w:val="18"/>
              </w:rPr>
              <w:t>Display screen equipment and workstation</w:t>
            </w:r>
          </w:p>
        </w:tc>
        <w:tc>
          <w:tcPr>
            <w:tcW w:w="0" w:type="auto"/>
            <w:shd w:val="clear" w:color="auto" w:fill="F4F7F8"/>
            <w:tcMar>
              <w:top w:w="40" w:type="dxa"/>
              <w:left w:w="40" w:type="dxa"/>
              <w:bottom w:w="40" w:type="dxa"/>
              <w:right w:w="40" w:type="dxa"/>
            </w:tcMar>
            <w:hideMark/>
          </w:tcPr>
          <w:p w14:paraId="4AB5A4A3" w14:textId="77777777" w:rsidR="00CB20FA" w:rsidRPr="00F94040" w:rsidRDefault="00CB20FA">
            <w:pPr>
              <w:rPr>
                <w:szCs w:val="18"/>
              </w:rPr>
            </w:pPr>
            <w:r w:rsidRPr="00F94040">
              <w:rPr>
                <w:color w:val="000000"/>
                <w:szCs w:val="18"/>
              </w:rPr>
              <w:t>Discomfort, fatigue or strain from unsuitable setup or prolonged screen use.</w:t>
            </w:r>
          </w:p>
        </w:tc>
        <w:tc>
          <w:tcPr>
            <w:tcW w:w="0" w:type="auto"/>
            <w:shd w:val="clear" w:color="auto" w:fill="F4F7F8"/>
            <w:tcMar>
              <w:top w:w="40" w:type="dxa"/>
              <w:left w:w="40" w:type="dxa"/>
              <w:bottom w:w="40" w:type="dxa"/>
              <w:right w:w="40" w:type="dxa"/>
            </w:tcMar>
            <w:hideMark/>
          </w:tcPr>
          <w:p w14:paraId="3579E312" w14:textId="77777777" w:rsidR="00CB20FA" w:rsidRPr="00F94040" w:rsidRDefault="00CB20FA">
            <w:pPr>
              <w:rPr>
                <w:szCs w:val="18"/>
              </w:rPr>
            </w:pPr>
            <w:r w:rsidRPr="00F94040">
              <w:rPr>
                <w:color w:val="000000"/>
                <w:szCs w:val="18"/>
              </w:rPr>
              <w:t>Workstation adjusted; breaks and task variation encouraged; basic DSE guidance provided.</w:t>
            </w:r>
          </w:p>
        </w:tc>
        <w:tc>
          <w:tcPr>
            <w:tcW w:w="0" w:type="auto"/>
            <w:shd w:val="clear" w:color="auto" w:fill="F4F7F8"/>
            <w:tcMar>
              <w:top w:w="40" w:type="dxa"/>
              <w:left w:w="40" w:type="dxa"/>
              <w:bottom w:w="40" w:type="dxa"/>
              <w:right w:w="40" w:type="dxa"/>
            </w:tcMar>
            <w:hideMark/>
          </w:tcPr>
          <w:p w14:paraId="20090BEC" w14:textId="77777777" w:rsidR="00CB20FA" w:rsidRPr="00F94040" w:rsidRDefault="00CB20FA">
            <w:pPr>
              <w:jc w:val="center"/>
              <w:rPr>
                <w:szCs w:val="18"/>
              </w:rPr>
            </w:pPr>
            <w:r w:rsidRPr="00F94040">
              <w:rPr>
                <w:color w:val="000000"/>
                <w:szCs w:val="18"/>
              </w:rPr>
              <w:t>__ × __ = __</w:t>
            </w:r>
          </w:p>
        </w:tc>
        <w:tc>
          <w:tcPr>
            <w:tcW w:w="0" w:type="auto"/>
            <w:shd w:val="clear" w:color="auto" w:fill="F4F7F8"/>
            <w:tcMar>
              <w:top w:w="40" w:type="dxa"/>
              <w:left w:w="40" w:type="dxa"/>
              <w:bottom w:w="40" w:type="dxa"/>
              <w:right w:w="40" w:type="dxa"/>
            </w:tcMar>
            <w:hideMark/>
          </w:tcPr>
          <w:p w14:paraId="161B232B" w14:textId="77777777" w:rsidR="00CB20FA" w:rsidRPr="00F94040" w:rsidRDefault="00CB20FA">
            <w:pPr>
              <w:rPr>
                <w:szCs w:val="18"/>
              </w:rPr>
            </w:pPr>
            <w:r w:rsidRPr="00F94040">
              <w:rPr>
                <w:color w:val="000000"/>
                <w:szCs w:val="18"/>
              </w:rPr>
              <w:t>Complete workstation check where relevant and provide accessories or adjustments.</w:t>
            </w:r>
          </w:p>
        </w:tc>
        <w:tc>
          <w:tcPr>
            <w:tcW w:w="0" w:type="auto"/>
            <w:shd w:val="clear" w:color="auto" w:fill="F4F7F8"/>
            <w:tcMar>
              <w:top w:w="40" w:type="dxa"/>
              <w:left w:w="40" w:type="dxa"/>
              <w:bottom w:w="40" w:type="dxa"/>
              <w:right w:w="40" w:type="dxa"/>
            </w:tcMar>
            <w:hideMark/>
          </w:tcPr>
          <w:p w14:paraId="2A20F892" w14:textId="77777777" w:rsidR="00CB20FA" w:rsidRPr="00F94040" w:rsidRDefault="00CB20FA">
            <w:pPr>
              <w:jc w:val="center"/>
              <w:rPr>
                <w:szCs w:val="18"/>
              </w:rPr>
            </w:pPr>
            <w:r w:rsidRPr="00F94040">
              <w:rPr>
                <w:color w:val="000000"/>
                <w:szCs w:val="18"/>
              </w:rPr>
              <w:t>________</w:t>
            </w:r>
            <w:r w:rsidRPr="00F94040">
              <w:rPr>
                <w:color w:val="000000"/>
                <w:szCs w:val="18"/>
              </w:rPr>
              <w:br/>
              <w:t>__/__/__</w:t>
            </w:r>
          </w:p>
        </w:tc>
        <w:tc>
          <w:tcPr>
            <w:tcW w:w="0" w:type="auto"/>
            <w:shd w:val="clear" w:color="auto" w:fill="F4F7F8"/>
            <w:tcMar>
              <w:top w:w="40" w:type="dxa"/>
              <w:left w:w="40" w:type="dxa"/>
              <w:bottom w:w="40" w:type="dxa"/>
              <w:right w:w="40" w:type="dxa"/>
            </w:tcMar>
            <w:hideMark/>
          </w:tcPr>
          <w:p w14:paraId="4DECCB9C" w14:textId="77777777" w:rsidR="00CB20FA" w:rsidRPr="00F94040" w:rsidRDefault="00CB20FA">
            <w:pPr>
              <w:jc w:val="center"/>
              <w:rPr>
                <w:szCs w:val="18"/>
              </w:rPr>
            </w:pPr>
            <w:r w:rsidRPr="00F94040">
              <w:rPr>
                <w:color w:val="000000"/>
                <w:szCs w:val="18"/>
              </w:rPr>
              <w:t>__ × __ = __</w:t>
            </w:r>
          </w:p>
        </w:tc>
      </w:tr>
      <w:tr w:rsidR="00CB20FA" w:rsidRPr="00F94040" w14:paraId="7CEACCD0" w14:textId="77777777">
        <w:trPr>
          <w:cantSplit/>
        </w:trPr>
        <w:tc>
          <w:tcPr>
            <w:tcW w:w="0" w:type="auto"/>
            <w:tcMar>
              <w:top w:w="40" w:type="dxa"/>
              <w:left w:w="40" w:type="dxa"/>
              <w:bottom w:w="40" w:type="dxa"/>
              <w:right w:w="40" w:type="dxa"/>
            </w:tcMar>
            <w:hideMark/>
          </w:tcPr>
          <w:p w14:paraId="4EA71D24" w14:textId="77777777" w:rsidR="00CB20FA" w:rsidRPr="00F94040" w:rsidRDefault="00CB20FA">
            <w:pPr>
              <w:rPr>
                <w:szCs w:val="18"/>
              </w:rPr>
            </w:pPr>
            <w:r w:rsidRPr="00F94040">
              <w:rPr>
                <w:szCs w:val="18"/>
              </w:rPr>
              <w:t>Lone working, contact with public or challenging behaviour</w:t>
            </w:r>
          </w:p>
        </w:tc>
        <w:tc>
          <w:tcPr>
            <w:tcW w:w="0" w:type="auto"/>
            <w:tcMar>
              <w:top w:w="40" w:type="dxa"/>
              <w:left w:w="40" w:type="dxa"/>
              <w:bottom w:w="40" w:type="dxa"/>
              <w:right w:w="40" w:type="dxa"/>
            </w:tcMar>
            <w:hideMark/>
          </w:tcPr>
          <w:p w14:paraId="7C15BE53" w14:textId="77777777" w:rsidR="00CB20FA" w:rsidRPr="00F94040" w:rsidRDefault="00CB20FA">
            <w:pPr>
              <w:rPr>
                <w:szCs w:val="18"/>
              </w:rPr>
            </w:pPr>
            <w:r w:rsidRPr="00F94040">
              <w:rPr>
                <w:szCs w:val="18"/>
              </w:rPr>
              <w:t>Young person may be isolated, distressed or exposed to verbal/physical aggression.</w:t>
            </w:r>
          </w:p>
        </w:tc>
        <w:tc>
          <w:tcPr>
            <w:tcW w:w="0" w:type="auto"/>
            <w:tcMar>
              <w:top w:w="40" w:type="dxa"/>
              <w:left w:w="40" w:type="dxa"/>
              <w:bottom w:w="40" w:type="dxa"/>
              <w:right w:w="40" w:type="dxa"/>
            </w:tcMar>
            <w:hideMark/>
          </w:tcPr>
          <w:p w14:paraId="69336498" w14:textId="77777777" w:rsidR="00CB20FA" w:rsidRPr="00F94040" w:rsidRDefault="00CB20FA">
            <w:pPr>
              <w:rPr>
                <w:szCs w:val="18"/>
              </w:rPr>
            </w:pPr>
            <w:r w:rsidRPr="00F94040">
              <w:rPr>
                <w:szCs w:val="18"/>
              </w:rPr>
              <w:t>No lone working; accessible named supervisor; suitable boundaries for public contact; escalation and incident procedures explained.</w:t>
            </w:r>
          </w:p>
        </w:tc>
        <w:tc>
          <w:tcPr>
            <w:tcW w:w="0" w:type="auto"/>
            <w:tcMar>
              <w:top w:w="40" w:type="dxa"/>
              <w:left w:w="40" w:type="dxa"/>
              <w:bottom w:w="40" w:type="dxa"/>
              <w:right w:w="40" w:type="dxa"/>
            </w:tcMar>
            <w:hideMark/>
          </w:tcPr>
          <w:p w14:paraId="73A71187" w14:textId="77777777" w:rsidR="00CB20FA" w:rsidRPr="00F94040" w:rsidRDefault="00CB20FA">
            <w:pPr>
              <w:jc w:val="center"/>
              <w:rPr>
                <w:szCs w:val="18"/>
              </w:rPr>
            </w:pPr>
            <w:r w:rsidRPr="00F94040">
              <w:rPr>
                <w:szCs w:val="18"/>
              </w:rPr>
              <w:t>__ × __ = __</w:t>
            </w:r>
          </w:p>
        </w:tc>
        <w:tc>
          <w:tcPr>
            <w:tcW w:w="0" w:type="auto"/>
            <w:tcMar>
              <w:top w:w="40" w:type="dxa"/>
              <w:left w:w="40" w:type="dxa"/>
              <w:bottom w:w="40" w:type="dxa"/>
              <w:right w:w="40" w:type="dxa"/>
            </w:tcMar>
            <w:hideMark/>
          </w:tcPr>
          <w:p w14:paraId="6B5860FA" w14:textId="77777777" w:rsidR="00CB20FA" w:rsidRPr="00F94040" w:rsidRDefault="00CB20FA">
            <w:pPr>
              <w:rPr>
                <w:szCs w:val="18"/>
              </w:rPr>
            </w:pPr>
            <w:r w:rsidRPr="00F94040">
              <w:rPr>
                <w:szCs w:val="18"/>
              </w:rPr>
              <w:t>Clarify activities that require direct supervision and areas the young person must not enter alone.</w:t>
            </w:r>
          </w:p>
        </w:tc>
        <w:tc>
          <w:tcPr>
            <w:tcW w:w="0" w:type="auto"/>
            <w:tcMar>
              <w:top w:w="40" w:type="dxa"/>
              <w:left w:w="40" w:type="dxa"/>
              <w:bottom w:w="40" w:type="dxa"/>
              <w:right w:w="40" w:type="dxa"/>
            </w:tcMar>
            <w:hideMark/>
          </w:tcPr>
          <w:p w14:paraId="388D3741" w14:textId="77777777" w:rsidR="00CB20FA" w:rsidRPr="00F94040" w:rsidRDefault="00CB20FA">
            <w:pPr>
              <w:jc w:val="center"/>
              <w:rPr>
                <w:szCs w:val="18"/>
              </w:rPr>
            </w:pPr>
            <w:r w:rsidRPr="00F94040">
              <w:rPr>
                <w:szCs w:val="18"/>
              </w:rPr>
              <w:t>________</w:t>
            </w:r>
            <w:r w:rsidRPr="00F94040">
              <w:rPr>
                <w:szCs w:val="18"/>
              </w:rPr>
              <w:br/>
              <w:t>__/__/__</w:t>
            </w:r>
          </w:p>
        </w:tc>
        <w:tc>
          <w:tcPr>
            <w:tcW w:w="0" w:type="auto"/>
            <w:tcMar>
              <w:top w:w="40" w:type="dxa"/>
              <w:left w:w="40" w:type="dxa"/>
              <w:bottom w:w="40" w:type="dxa"/>
              <w:right w:w="40" w:type="dxa"/>
            </w:tcMar>
            <w:hideMark/>
          </w:tcPr>
          <w:p w14:paraId="1C8D89C3" w14:textId="77777777" w:rsidR="00CB20FA" w:rsidRPr="00F94040" w:rsidRDefault="00CB20FA">
            <w:pPr>
              <w:jc w:val="center"/>
              <w:rPr>
                <w:szCs w:val="18"/>
              </w:rPr>
            </w:pPr>
            <w:r w:rsidRPr="00F94040">
              <w:rPr>
                <w:szCs w:val="18"/>
              </w:rPr>
              <w:t>__ × __ = __</w:t>
            </w:r>
          </w:p>
        </w:tc>
      </w:tr>
      <w:tr w:rsidR="00CB20FA" w:rsidRPr="00F94040" w14:paraId="0633DB52" w14:textId="77777777">
        <w:trPr>
          <w:cantSplit/>
        </w:trPr>
        <w:tc>
          <w:tcPr>
            <w:tcW w:w="0" w:type="auto"/>
            <w:shd w:val="clear" w:color="auto" w:fill="F4F7F8"/>
            <w:tcMar>
              <w:top w:w="40" w:type="dxa"/>
              <w:left w:w="40" w:type="dxa"/>
              <w:bottom w:w="40" w:type="dxa"/>
              <w:right w:w="40" w:type="dxa"/>
            </w:tcMar>
            <w:hideMark/>
          </w:tcPr>
          <w:p w14:paraId="0FB6F884" w14:textId="77777777" w:rsidR="00CB20FA" w:rsidRPr="00F94040" w:rsidRDefault="00CB20FA">
            <w:pPr>
              <w:rPr>
                <w:szCs w:val="18"/>
              </w:rPr>
            </w:pPr>
            <w:r w:rsidRPr="00F94040">
              <w:rPr>
                <w:color w:val="000000"/>
                <w:szCs w:val="18"/>
              </w:rPr>
              <w:t>Other role- or site-specific hazard</w:t>
            </w:r>
          </w:p>
        </w:tc>
        <w:tc>
          <w:tcPr>
            <w:tcW w:w="0" w:type="auto"/>
            <w:shd w:val="clear" w:color="auto" w:fill="F4F7F8"/>
            <w:tcMar>
              <w:top w:w="40" w:type="dxa"/>
              <w:left w:w="40" w:type="dxa"/>
              <w:bottom w:w="40" w:type="dxa"/>
              <w:right w:w="40" w:type="dxa"/>
            </w:tcMar>
            <w:hideMark/>
          </w:tcPr>
          <w:p w14:paraId="79689E24" w14:textId="77777777" w:rsidR="00CB20FA" w:rsidRPr="00F94040" w:rsidRDefault="00CB20FA">
            <w:pPr>
              <w:rPr>
                <w:szCs w:val="18"/>
              </w:rPr>
            </w:pPr>
            <w:r w:rsidRPr="00F94040">
              <w:rPr>
                <w:color w:val="000000"/>
                <w:szCs w:val="18"/>
              </w:rPr>
              <w:t>Click or tap here to enter text.</w:t>
            </w:r>
          </w:p>
        </w:tc>
        <w:tc>
          <w:tcPr>
            <w:tcW w:w="0" w:type="auto"/>
            <w:shd w:val="clear" w:color="auto" w:fill="F4F7F8"/>
            <w:tcMar>
              <w:top w:w="40" w:type="dxa"/>
              <w:left w:w="40" w:type="dxa"/>
              <w:bottom w:w="40" w:type="dxa"/>
              <w:right w:w="40" w:type="dxa"/>
            </w:tcMar>
            <w:hideMark/>
          </w:tcPr>
          <w:p w14:paraId="3D87C224" w14:textId="77777777" w:rsidR="00CB20FA" w:rsidRPr="00F94040" w:rsidRDefault="00CB20FA">
            <w:pPr>
              <w:rPr>
                <w:szCs w:val="18"/>
              </w:rPr>
            </w:pPr>
            <w:r w:rsidRPr="00F94040">
              <w:rPr>
                <w:color w:val="000000"/>
                <w:szCs w:val="18"/>
              </w:rPr>
              <w:t>Click or tap here to enter text.</w:t>
            </w:r>
          </w:p>
        </w:tc>
        <w:tc>
          <w:tcPr>
            <w:tcW w:w="0" w:type="auto"/>
            <w:shd w:val="clear" w:color="auto" w:fill="F4F7F8"/>
            <w:tcMar>
              <w:top w:w="40" w:type="dxa"/>
              <w:left w:w="40" w:type="dxa"/>
              <w:bottom w:w="40" w:type="dxa"/>
              <w:right w:w="40" w:type="dxa"/>
            </w:tcMar>
            <w:hideMark/>
          </w:tcPr>
          <w:p w14:paraId="1C2FAAAF" w14:textId="77777777" w:rsidR="00CB20FA" w:rsidRPr="00F94040" w:rsidRDefault="00CB20FA">
            <w:pPr>
              <w:jc w:val="center"/>
              <w:rPr>
                <w:szCs w:val="18"/>
              </w:rPr>
            </w:pPr>
            <w:r w:rsidRPr="00F94040">
              <w:rPr>
                <w:color w:val="000000"/>
                <w:szCs w:val="18"/>
              </w:rPr>
              <w:t>__ × __ = __</w:t>
            </w:r>
          </w:p>
        </w:tc>
        <w:tc>
          <w:tcPr>
            <w:tcW w:w="0" w:type="auto"/>
            <w:shd w:val="clear" w:color="auto" w:fill="F4F7F8"/>
            <w:tcMar>
              <w:top w:w="40" w:type="dxa"/>
              <w:left w:w="40" w:type="dxa"/>
              <w:bottom w:w="40" w:type="dxa"/>
              <w:right w:w="40" w:type="dxa"/>
            </w:tcMar>
            <w:hideMark/>
          </w:tcPr>
          <w:p w14:paraId="6BB3B99D" w14:textId="77777777" w:rsidR="00CB20FA" w:rsidRPr="00F94040" w:rsidRDefault="00CB20FA">
            <w:pPr>
              <w:rPr>
                <w:szCs w:val="18"/>
              </w:rPr>
            </w:pPr>
            <w:r w:rsidRPr="00F94040">
              <w:rPr>
                <w:color w:val="000000"/>
                <w:szCs w:val="18"/>
              </w:rPr>
              <w:t>Click or tap here to enter text.</w:t>
            </w:r>
          </w:p>
        </w:tc>
        <w:tc>
          <w:tcPr>
            <w:tcW w:w="0" w:type="auto"/>
            <w:shd w:val="clear" w:color="auto" w:fill="F4F7F8"/>
            <w:tcMar>
              <w:top w:w="40" w:type="dxa"/>
              <w:left w:w="40" w:type="dxa"/>
              <w:bottom w:w="40" w:type="dxa"/>
              <w:right w:w="40" w:type="dxa"/>
            </w:tcMar>
            <w:hideMark/>
          </w:tcPr>
          <w:p w14:paraId="68E4A528" w14:textId="77777777" w:rsidR="00CB20FA" w:rsidRPr="00F94040" w:rsidRDefault="00CB20FA">
            <w:pPr>
              <w:jc w:val="center"/>
              <w:rPr>
                <w:szCs w:val="18"/>
              </w:rPr>
            </w:pPr>
            <w:r w:rsidRPr="00F94040">
              <w:rPr>
                <w:color w:val="000000"/>
                <w:szCs w:val="18"/>
              </w:rPr>
              <w:t>________</w:t>
            </w:r>
            <w:r w:rsidRPr="00F94040">
              <w:rPr>
                <w:color w:val="000000"/>
                <w:szCs w:val="18"/>
              </w:rPr>
              <w:br/>
              <w:t>__/__/__</w:t>
            </w:r>
          </w:p>
        </w:tc>
        <w:tc>
          <w:tcPr>
            <w:tcW w:w="0" w:type="auto"/>
            <w:shd w:val="clear" w:color="auto" w:fill="F4F7F8"/>
            <w:tcMar>
              <w:top w:w="40" w:type="dxa"/>
              <w:left w:w="40" w:type="dxa"/>
              <w:bottom w:w="40" w:type="dxa"/>
              <w:right w:w="40" w:type="dxa"/>
            </w:tcMar>
            <w:hideMark/>
          </w:tcPr>
          <w:p w14:paraId="26A0E9BE" w14:textId="77777777" w:rsidR="00CB20FA" w:rsidRPr="00F94040" w:rsidRDefault="00CB20FA">
            <w:pPr>
              <w:jc w:val="center"/>
              <w:rPr>
                <w:szCs w:val="18"/>
              </w:rPr>
            </w:pPr>
            <w:r w:rsidRPr="00F94040">
              <w:rPr>
                <w:color w:val="000000"/>
                <w:szCs w:val="18"/>
              </w:rPr>
              <w:t>__ × __ = __</w:t>
            </w:r>
          </w:p>
        </w:tc>
      </w:tr>
    </w:tbl>
    <w:p w14:paraId="0A37501D" w14:textId="77777777" w:rsidR="004249EE" w:rsidRDefault="004249EE">
      <w:pPr>
        <w:sectPr w:rsidR="004249EE">
          <w:pgSz w:w="15840" w:h="12240" w:orient="landscape"/>
          <w:pgMar w:top="648" w:right="648" w:bottom="648" w:left="648" w:header="720" w:footer="720" w:gutter="0"/>
          <w:cols w:space="720"/>
          <w:docGrid w:linePitch="360"/>
        </w:sectPr>
      </w:pPr>
    </w:p>
    <w:p w14:paraId="47495EE0" w14:textId="77777777" w:rsidR="004249EE" w:rsidRDefault="28463A45" w:rsidP="28463A45">
      <w:pPr>
        <w:pStyle w:val="Heading1"/>
        <w:rPr>
          <w:color w:val="002060"/>
        </w:rPr>
      </w:pPr>
      <w:r w:rsidRPr="28463A45">
        <w:rPr>
          <w:color w:val="002060"/>
        </w:rPr>
        <w:lastRenderedPageBreak/>
        <w:t>5. Pre-placement checks</w:t>
      </w:r>
    </w:p>
    <w:p w14:paraId="1A837090" w14:textId="3A809190" w:rsidR="004249EE" w:rsidRPr="002F5D04" w:rsidRDefault="0094629C">
      <w:pPr>
        <w:spacing w:after="40"/>
        <w:rPr>
          <w:sz w:val="20"/>
          <w:szCs w:val="20"/>
        </w:rPr>
      </w:pPr>
      <w:sdt>
        <w:sdtPr>
          <w:rPr>
            <w:sz w:val="20"/>
            <w:szCs w:val="20"/>
          </w:rPr>
          <w:id w:val="-1655360510"/>
          <w14:checkbox>
            <w14:checked w14:val="0"/>
            <w14:checkedState w14:val="2612" w14:font="MS Gothic"/>
            <w14:uncheckedState w14:val="2610" w14:font="MS Gothic"/>
          </w14:checkbox>
        </w:sdtPr>
        <w:sdtContent>
          <w:r w:rsidRPr="002F5D04">
            <w:rPr>
              <w:rFonts w:eastAsia="MS Gothic"/>
              <w:sz w:val="20"/>
              <w:szCs w:val="20"/>
            </w:rPr>
            <w:t>☐</w:t>
          </w:r>
        </w:sdtContent>
      </w:sdt>
      <w:r w:rsidR="00000000" w:rsidRPr="002F5D04">
        <w:rPr>
          <w:sz w:val="20"/>
          <w:szCs w:val="20"/>
        </w:rPr>
        <w:t>Planned activities are suitable for the young person’s age, capability, experience and support needs.</w:t>
      </w:r>
    </w:p>
    <w:p w14:paraId="1FCDA56C" w14:textId="4212D4F3" w:rsidR="004249EE" w:rsidRPr="002F5D04" w:rsidRDefault="0094629C">
      <w:pPr>
        <w:spacing w:after="40"/>
        <w:rPr>
          <w:sz w:val="20"/>
          <w:szCs w:val="20"/>
        </w:rPr>
      </w:pPr>
      <w:sdt>
        <w:sdtPr>
          <w:rPr>
            <w:sz w:val="20"/>
            <w:szCs w:val="20"/>
          </w:rPr>
          <w:id w:val="1018898090"/>
          <w14:checkbox>
            <w14:checked w14:val="0"/>
            <w14:checkedState w14:val="2612" w14:font="MS Gothic"/>
            <w14:uncheckedState w14:val="2610" w14:font="MS Gothic"/>
          </w14:checkbox>
        </w:sdtPr>
        <w:sdtContent>
          <w:r w:rsidRPr="002F5D04">
            <w:rPr>
              <w:rFonts w:eastAsia="MS Gothic"/>
              <w:sz w:val="20"/>
              <w:szCs w:val="20"/>
            </w:rPr>
            <w:t>☐</w:t>
          </w:r>
        </w:sdtContent>
      </w:sdt>
      <w:r w:rsidR="00000000" w:rsidRPr="002F5D04">
        <w:rPr>
          <w:sz w:val="20"/>
          <w:szCs w:val="20"/>
        </w:rPr>
        <w:t>A named supervisor and deputy have been identified and understand their responsibilities.</w:t>
      </w:r>
    </w:p>
    <w:p w14:paraId="12B479C7" w14:textId="2BF4641E" w:rsidR="004249EE" w:rsidRPr="002F5D04" w:rsidRDefault="0094629C">
      <w:pPr>
        <w:spacing w:after="40"/>
        <w:rPr>
          <w:sz w:val="20"/>
          <w:szCs w:val="20"/>
        </w:rPr>
      </w:pPr>
      <w:sdt>
        <w:sdtPr>
          <w:rPr>
            <w:sz w:val="20"/>
            <w:szCs w:val="20"/>
          </w:rPr>
          <w:id w:val="1266354178"/>
          <w14:checkbox>
            <w14:checked w14:val="0"/>
            <w14:checkedState w14:val="2612" w14:font="MS Gothic"/>
            <w14:uncheckedState w14:val="2610" w14:font="MS Gothic"/>
          </w14:checkbox>
        </w:sdtPr>
        <w:sdtContent>
          <w:r w:rsidRPr="002F5D04">
            <w:rPr>
              <w:rFonts w:eastAsia="MS Gothic"/>
              <w:sz w:val="20"/>
              <w:szCs w:val="20"/>
            </w:rPr>
            <w:t>☐</w:t>
          </w:r>
        </w:sdtContent>
      </w:sdt>
      <w:r w:rsidR="002F5D04" w:rsidRPr="002F5D04">
        <w:rPr>
          <w:sz w:val="20"/>
          <w:szCs w:val="20"/>
        </w:rPr>
        <w:t>Restricted areas</w:t>
      </w:r>
      <w:r w:rsidR="00592E1D">
        <w:rPr>
          <w:sz w:val="20"/>
          <w:szCs w:val="20"/>
        </w:rPr>
        <w:t xml:space="preserve">, </w:t>
      </w:r>
      <w:r w:rsidR="00000000" w:rsidRPr="002F5D04">
        <w:rPr>
          <w:sz w:val="20"/>
          <w:szCs w:val="20"/>
        </w:rPr>
        <w:t>prohibited tasks and supervision requirements are clear.</w:t>
      </w:r>
    </w:p>
    <w:p w14:paraId="22D259D0" w14:textId="0ED1DE5F" w:rsidR="004249EE" w:rsidRPr="002F5D04" w:rsidRDefault="0094629C">
      <w:pPr>
        <w:spacing w:after="40"/>
        <w:rPr>
          <w:sz w:val="20"/>
          <w:szCs w:val="20"/>
        </w:rPr>
      </w:pPr>
      <w:sdt>
        <w:sdtPr>
          <w:rPr>
            <w:sz w:val="20"/>
            <w:szCs w:val="20"/>
          </w:rPr>
          <w:id w:val="-326674874"/>
          <w14:checkbox>
            <w14:checked w14:val="0"/>
            <w14:checkedState w14:val="2612" w14:font="MS Gothic"/>
            <w14:uncheckedState w14:val="2610" w14:font="MS Gothic"/>
          </w14:checkbox>
        </w:sdtPr>
        <w:sdtContent>
          <w:r w:rsidRPr="002F5D04">
            <w:rPr>
              <w:rFonts w:eastAsia="MS Gothic"/>
              <w:sz w:val="20"/>
              <w:szCs w:val="20"/>
            </w:rPr>
            <w:t>☐</w:t>
          </w:r>
        </w:sdtContent>
      </w:sdt>
      <w:r w:rsidR="00000000" w:rsidRPr="002F5D04">
        <w:rPr>
          <w:sz w:val="20"/>
          <w:szCs w:val="20"/>
        </w:rPr>
        <w:t>Relevant workplace assessments and safe systems of work are current.</w:t>
      </w:r>
    </w:p>
    <w:p w14:paraId="0EDC24E3" w14:textId="10D5FB6D" w:rsidR="004249EE" w:rsidRPr="002F5D04" w:rsidRDefault="0094629C">
      <w:pPr>
        <w:spacing w:after="40"/>
        <w:rPr>
          <w:sz w:val="20"/>
          <w:szCs w:val="20"/>
        </w:rPr>
      </w:pPr>
      <w:sdt>
        <w:sdtPr>
          <w:rPr>
            <w:sz w:val="20"/>
            <w:szCs w:val="20"/>
          </w:rPr>
          <w:id w:val="1061600386"/>
          <w14:checkbox>
            <w14:checked w14:val="0"/>
            <w14:checkedState w14:val="2612" w14:font="MS Gothic"/>
            <w14:uncheckedState w14:val="2610" w14:font="MS Gothic"/>
          </w14:checkbox>
        </w:sdtPr>
        <w:sdtContent>
          <w:r w:rsidRPr="002F5D04">
            <w:rPr>
              <w:rFonts w:eastAsia="MS Gothic"/>
              <w:sz w:val="20"/>
              <w:szCs w:val="20"/>
            </w:rPr>
            <w:t>☐</w:t>
          </w:r>
        </w:sdtContent>
      </w:sdt>
      <w:r w:rsidR="00000000" w:rsidRPr="002F5D04">
        <w:rPr>
          <w:sz w:val="20"/>
          <w:szCs w:val="20"/>
        </w:rPr>
        <w:t>Insurance arrangements have been checked where necessary.</w:t>
      </w:r>
    </w:p>
    <w:p w14:paraId="43CD14FB" w14:textId="6532109D" w:rsidR="004249EE" w:rsidRPr="002F5D04" w:rsidRDefault="0094629C">
      <w:pPr>
        <w:spacing w:after="40"/>
        <w:rPr>
          <w:sz w:val="20"/>
          <w:szCs w:val="20"/>
        </w:rPr>
      </w:pPr>
      <w:sdt>
        <w:sdtPr>
          <w:rPr>
            <w:sz w:val="20"/>
            <w:szCs w:val="20"/>
          </w:rPr>
          <w:id w:val="-1873373596"/>
          <w14:checkbox>
            <w14:checked w14:val="0"/>
            <w14:checkedState w14:val="2612" w14:font="MS Gothic"/>
            <w14:uncheckedState w14:val="2610" w14:font="MS Gothic"/>
          </w14:checkbox>
        </w:sdtPr>
        <w:sdtContent>
          <w:r w:rsidRPr="002F5D04">
            <w:rPr>
              <w:rFonts w:eastAsia="MS Gothic"/>
              <w:sz w:val="20"/>
              <w:szCs w:val="20"/>
            </w:rPr>
            <w:t>☐</w:t>
          </w:r>
        </w:sdtContent>
      </w:sdt>
      <w:r w:rsidR="00000000" w:rsidRPr="002F5D04">
        <w:rPr>
          <w:sz w:val="20"/>
          <w:szCs w:val="20"/>
        </w:rPr>
        <w:t>Emergency, first-aid, accident reporting and safeguarding arrangements are clear.</w:t>
      </w:r>
    </w:p>
    <w:p w14:paraId="03AB9B38" w14:textId="2799465C" w:rsidR="004249EE" w:rsidRPr="002F5D04" w:rsidRDefault="0094629C">
      <w:pPr>
        <w:spacing w:after="40"/>
        <w:rPr>
          <w:sz w:val="20"/>
          <w:szCs w:val="20"/>
        </w:rPr>
      </w:pPr>
      <w:sdt>
        <w:sdtPr>
          <w:rPr>
            <w:sz w:val="20"/>
            <w:szCs w:val="20"/>
          </w:rPr>
          <w:id w:val="718249215"/>
          <w14:checkbox>
            <w14:checked w14:val="0"/>
            <w14:checkedState w14:val="2612" w14:font="MS Gothic"/>
            <w14:uncheckedState w14:val="2610" w14:font="MS Gothic"/>
          </w14:checkbox>
        </w:sdtPr>
        <w:sdtContent>
          <w:r w:rsidRPr="002F5D04">
            <w:rPr>
              <w:rFonts w:eastAsia="MS Gothic"/>
              <w:sz w:val="20"/>
              <w:szCs w:val="20"/>
            </w:rPr>
            <w:t>☐</w:t>
          </w:r>
        </w:sdtContent>
      </w:sdt>
      <w:r w:rsidR="00000000" w:rsidRPr="002F5D04">
        <w:rPr>
          <w:sz w:val="20"/>
          <w:szCs w:val="20"/>
        </w:rPr>
        <w:t>The school / organiser and parent or carer will be told about significant risks and controls, where applicable.</w:t>
      </w:r>
    </w:p>
    <w:p w14:paraId="303A7B83" w14:textId="5F45DC08" w:rsidR="004249EE" w:rsidRPr="002F5D04" w:rsidRDefault="0094629C">
      <w:pPr>
        <w:spacing w:after="40"/>
        <w:rPr>
          <w:sz w:val="20"/>
          <w:szCs w:val="20"/>
        </w:rPr>
      </w:pPr>
      <w:sdt>
        <w:sdtPr>
          <w:rPr>
            <w:sz w:val="20"/>
            <w:szCs w:val="20"/>
          </w:rPr>
          <w:id w:val="-2045897400"/>
          <w14:checkbox>
            <w14:checked w14:val="0"/>
            <w14:checkedState w14:val="2612" w14:font="MS Gothic"/>
            <w14:uncheckedState w14:val="2610" w14:font="MS Gothic"/>
          </w14:checkbox>
        </w:sdtPr>
        <w:sdtContent>
          <w:r w:rsidRPr="002F5D04">
            <w:rPr>
              <w:rFonts w:eastAsia="MS Gothic"/>
              <w:sz w:val="20"/>
              <w:szCs w:val="20"/>
            </w:rPr>
            <w:t>☐</w:t>
          </w:r>
        </w:sdtContent>
      </w:sdt>
      <w:r w:rsidR="00000000" w:rsidRPr="002F5D04">
        <w:rPr>
          <w:sz w:val="20"/>
          <w:szCs w:val="20"/>
        </w:rPr>
        <w:t>Reasonable adjustments and confidentiality arrangements are in place.</w:t>
      </w:r>
    </w:p>
    <w:p w14:paraId="251ABE0E" w14:textId="09D83126" w:rsidR="004249EE" w:rsidRPr="002F5D04" w:rsidRDefault="0094629C">
      <w:pPr>
        <w:spacing w:after="40"/>
        <w:rPr>
          <w:sz w:val="20"/>
          <w:szCs w:val="20"/>
        </w:rPr>
      </w:pPr>
      <w:sdt>
        <w:sdtPr>
          <w:rPr>
            <w:sz w:val="20"/>
            <w:szCs w:val="20"/>
          </w:rPr>
          <w:id w:val="-1387096548"/>
          <w14:checkbox>
            <w14:checked w14:val="0"/>
            <w14:checkedState w14:val="2612" w14:font="MS Gothic"/>
            <w14:uncheckedState w14:val="2610" w14:font="MS Gothic"/>
          </w14:checkbox>
        </w:sdtPr>
        <w:sdtContent>
          <w:r w:rsidRPr="002F5D04">
            <w:rPr>
              <w:rFonts w:eastAsia="MS Gothic"/>
              <w:sz w:val="20"/>
              <w:szCs w:val="20"/>
            </w:rPr>
            <w:t>☐</w:t>
          </w:r>
        </w:sdtContent>
      </w:sdt>
      <w:r w:rsidR="00000000" w:rsidRPr="002F5D04">
        <w:rPr>
          <w:sz w:val="20"/>
          <w:szCs w:val="20"/>
        </w:rPr>
        <w:t>An induction is planned for the first day and will be recorded.</w:t>
      </w:r>
    </w:p>
    <w:p w14:paraId="28DAB98E" w14:textId="4FF8A4BE" w:rsidR="004249EE" w:rsidRPr="002F5D04" w:rsidRDefault="0094629C">
      <w:pPr>
        <w:spacing w:after="40"/>
        <w:rPr>
          <w:sz w:val="20"/>
          <w:szCs w:val="20"/>
        </w:rPr>
      </w:pPr>
      <w:sdt>
        <w:sdtPr>
          <w:rPr>
            <w:sz w:val="20"/>
            <w:szCs w:val="20"/>
          </w:rPr>
          <w:id w:val="-2056230081"/>
          <w14:checkbox>
            <w14:checked w14:val="0"/>
            <w14:checkedState w14:val="2612" w14:font="MS Gothic"/>
            <w14:uncheckedState w14:val="2610" w14:font="MS Gothic"/>
          </w14:checkbox>
        </w:sdtPr>
        <w:sdtContent>
          <w:r w:rsidRPr="002F5D04">
            <w:rPr>
              <w:rFonts w:eastAsia="MS Gothic"/>
              <w:sz w:val="20"/>
              <w:szCs w:val="20"/>
            </w:rPr>
            <w:t>☐</w:t>
          </w:r>
        </w:sdtContent>
      </w:sdt>
      <w:r w:rsidR="00000000" w:rsidRPr="002F5D04">
        <w:rPr>
          <w:sz w:val="20"/>
          <w:szCs w:val="20"/>
        </w:rPr>
        <w:t>The assessment will be reviewed if tasks, location, hours or individual circumstances change.</w:t>
      </w:r>
    </w:p>
    <w:p w14:paraId="748E0104" w14:textId="0A5BDBD1" w:rsidR="004249EE" w:rsidRDefault="28463A45" w:rsidP="28463A45">
      <w:pPr>
        <w:pStyle w:val="Heading1"/>
        <w:rPr>
          <w:color w:val="002060"/>
        </w:rPr>
      </w:pPr>
      <w:r w:rsidRPr="28463A45">
        <w:rPr>
          <w:color w:val="002060"/>
        </w:rPr>
        <w:t>6. Induction record</w:t>
      </w:r>
      <w:r w:rsidR="0061204C">
        <w:rPr>
          <w:color w:val="002060"/>
        </w:rPr>
        <w:t xml:space="preserve"> </w:t>
      </w:r>
      <w:r w:rsidR="0061204C" w:rsidRPr="0061204C">
        <w:rPr>
          <w:b w:val="0"/>
          <w:bCs w:val="0"/>
          <w:i/>
          <w:iCs/>
          <w:color w:val="auto"/>
          <w:sz w:val="22"/>
          <w:szCs w:val="22"/>
        </w:rPr>
        <w:t xml:space="preserve">(If no separate record kept for this) </w:t>
      </w:r>
    </w:p>
    <w:tbl>
      <w:tblPr>
        <w:tblStyle w:val="TableGrid"/>
        <w:tblW w:w="0" w:type="auto"/>
        <w:jc w:val="center"/>
        <w:tblLook w:val="04A0" w:firstRow="1" w:lastRow="0" w:firstColumn="1" w:lastColumn="0" w:noHBand="0" w:noVBand="1"/>
      </w:tblPr>
      <w:tblGrid>
        <w:gridCol w:w="5518"/>
        <w:gridCol w:w="1201"/>
        <w:gridCol w:w="7573"/>
      </w:tblGrid>
      <w:tr w:rsidR="004249EE" w:rsidRPr="008C6382" w14:paraId="3901DA2D" w14:textId="77777777" w:rsidTr="001A79C5">
        <w:trPr>
          <w:trHeight w:val="488"/>
          <w:tblHeader/>
          <w:jc w:val="center"/>
        </w:trPr>
        <w:tc>
          <w:tcPr>
            <w:tcW w:w="5529" w:type="dxa"/>
            <w:shd w:val="clear" w:color="auto" w:fill="002060"/>
            <w:tcMar>
              <w:top w:w="90" w:type="dxa"/>
              <w:left w:w="90" w:type="dxa"/>
              <w:bottom w:w="90" w:type="dxa"/>
              <w:right w:w="90" w:type="dxa"/>
            </w:tcMar>
            <w:vAlign w:val="center"/>
          </w:tcPr>
          <w:p w14:paraId="5DA01210" w14:textId="77777777" w:rsidR="004249EE" w:rsidRPr="008C6382" w:rsidRDefault="00000000">
            <w:pPr>
              <w:jc w:val="center"/>
              <w:rPr>
                <w:sz w:val="20"/>
                <w:szCs w:val="20"/>
              </w:rPr>
            </w:pPr>
            <w:r w:rsidRPr="008C6382">
              <w:rPr>
                <w:b/>
                <w:color w:val="FFFFFF"/>
                <w:sz w:val="20"/>
                <w:szCs w:val="20"/>
              </w:rPr>
              <w:t>Induction topic</w:t>
            </w:r>
          </w:p>
        </w:tc>
        <w:tc>
          <w:tcPr>
            <w:tcW w:w="992" w:type="dxa"/>
            <w:shd w:val="clear" w:color="auto" w:fill="002060"/>
            <w:tcMar>
              <w:top w:w="90" w:type="dxa"/>
              <w:left w:w="90" w:type="dxa"/>
              <w:bottom w:w="90" w:type="dxa"/>
              <w:right w:w="90" w:type="dxa"/>
            </w:tcMar>
            <w:vAlign w:val="center"/>
          </w:tcPr>
          <w:p w14:paraId="3EC20B51" w14:textId="77777777" w:rsidR="004249EE" w:rsidRPr="008C6382" w:rsidRDefault="00000000">
            <w:pPr>
              <w:jc w:val="center"/>
              <w:rPr>
                <w:sz w:val="20"/>
                <w:szCs w:val="20"/>
              </w:rPr>
            </w:pPr>
            <w:r w:rsidRPr="008C6382">
              <w:rPr>
                <w:b/>
                <w:color w:val="FFFFFF"/>
                <w:sz w:val="20"/>
                <w:szCs w:val="20"/>
              </w:rPr>
              <w:t>Completed</w:t>
            </w:r>
          </w:p>
        </w:tc>
        <w:tc>
          <w:tcPr>
            <w:tcW w:w="7591" w:type="dxa"/>
            <w:shd w:val="clear" w:color="auto" w:fill="002060"/>
            <w:tcMar>
              <w:top w:w="90" w:type="dxa"/>
              <w:left w:w="90" w:type="dxa"/>
              <w:bottom w:w="90" w:type="dxa"/>
              <w:right w:w="90" w:type="dxa"/>
            </w:tcMar>
            <w:vAlign w:val="center"/>
          </w:tcPr>
          <w:p w14:paraId="25546E3C" w14:textId="77777777" w:rsidR="004249EE" w:rsidRPr="008C6382" w:rsidRDefault="00000000">
            <w:pPr>
              <w:jc w:val="center"/>
              <w:rPr>
                <w:sz w:val="20"/>
                <w:szCs w:val="20"/>
              </w:rPr>
            </w:pPr>
            <w:r w:rsidRPr="008C6382">
              <w:rPr>
                <w:b/>
                <w:color w:val="FFFFFF"/>
                <w:sz w:val="20"/>
                <w:szCs w:val="20"/>
              </w:rPr>
              <w:t>Notes</w:t>
            </w:r>
          </w:p>
        </w:tc>
      </w:tr>
      <w:tr w:rsidR="004249EE" w:rsidRPr="008C6382" w14:paraId="0EA78A30" w14:textId="77777777" w:rsidTr="001A79C5">
        <w:trPr>
          <w:cantSplit/>
          <w:trHeight w:val="20"/>
          <w:jc w:val="center"/>
        </w:trPr>
        <w:tc>
          <w:tcPr>
            <w:tcW w:w="5529" w:type="dxa"/>
            <w:tcMar>
              <w:top w:w="90" w:type="dxa"/>
              <w:left w:w="90" w:type="dxa"/>
              <w:bottom w:w="90" w:type="dxa"/>
              <w:right w:w="90" w:type="dxa"/>
            </w:tcMar>
            <w:vAlign w:val="center"/>
          </w:tcPr>
          <w:p w14:paraId="15EFD046" w14:textId="77777777" w:rsidR="004249EE" w:rsidRPr="008C6382" w:rsidRDefault="00000000" w:rsidP="008C6382">
            <w:pPr>
              <w:rPr>
                <w:sz w:val="20"/>
                <w:szCs w:val="20"/>
              </w:rPr>
            </w:pPr>
            <w:r w:rsidRPr="008C6382">
              <w:rPr>
                <w:sz w:val="20"/>
                <w:szCs w:val="20"/>
              </w:rPr>
              <w:t>Welcome, workplace tour and introductions</w:t>
            </w:r>
          </w:p>
        </w:tc>
        <w:tc>
          <w:tcPr>
            <w:tcW w:w="992" w:type="dxa"/>
            <w:tcMar>
              <w:top w:w="90" w:type="dxa"/>
              <w:left w:w="90" w:type="dxa"/>
              <w:bottom w:w="90" w:type="dxa"/>
              <w:right w:w="90" w:type="dxa"/>
            </w:tcMar>
            <w:vAlign w:val="center"/>
          </w:tcPr>
          <w:p w14:paraId="0D1C84E6" w14:textId="5421C132" w:rsidR="004249EE" w:rsidRPr="008C6382" w:rsidRDefault="004249EE">
            <w:pPr>
              <w:jc w:val="center"/>
              <w:rPr>
                <w:sz w:val="20"/>
                <w:szCs w:val="20"/>
              </w:rPr>
            </w:pPr>
          </w:p>
        </w:tc>
        <w:tc>
          <w:tcPr>
            <w:tcW w:w="7591" w:type="dxa"/>
            <w:tcMar>
              <w:top w:w="90" w:type="dxa"/>
              <w:left w:w="90" w:type="dxa"/>
              <w:bottom w:w="90" w:type="dxa"/>
              <w:right w:w="90" w:type="dxa"/>
            </w:tcMar>
            <w:vAlign w:val="center"/>
          </w:tcPr>
          <w:p w14:paraId="5DAB6C7B" w14:textId="77777777" w:rsidR="004249EE" w:rsidRPr="008C6382" w:rsidRDefault="004249EE">
            <w:pPr>
              <w:rPr>
                <w:sz w:val="20"/>
                <w:szCs w:val="20"/>
              </w:rPr>
            </w:pPr>
          </w:p>
        </w:tc>
      </w:tr>
      <w:tr w:rsidR="004249EE" w:rsidRPr="008C6382" w14:paraId="3B72B77F" w14:textId="77777777" w:rsidTr="001A79C5">
        <w:trPr>
          <w:cantSplit/>
          <w:trHeight w:val="20"/>
          <w:jc w:val="center"/>
        </w:trPr>
        <w:tc>
          <w:tcPr>
            <w:tcW w:w="5529" w:type="dxa"/>
            <w:tcMar>
              <w:top w:w="90" w:type="dxa"/>
              <w:left w:w="90" w:type="dxa"/>
              <w:bottom w:w="90" w:type="dxa"/>
              <w:right w:w="90" w:type="dxa"/>
            </w:tcMar>
            <w:vAlign w:val="center"/>
          </w:tcPr>
          <w:p w14:paraId="60902786" w14:textId="77777777" w:rsidR="004249EE" w:rsidRPr="008C6382" w:rsidRDefault="00000000" w:rsidP="008C6382">
            <w:pPr>
              <w:rPr>
                <w:sz w:val="20"/>
                <w:szCs w:val="20"/>
              </w:rPr>
            </w:pPr>
            <w:r w:rsidRPr="008C6382">
              <w:rPr>
                <w:sz w:val="20"/>
                <w:szCs w:val="20"/>
              </w:rPr>
              <w:t>Fire, emergency and first-aid arrangements</w:t>
            </w:r>
          </w:p>
        </w:tc>
        <w:tc>
          <w:tcPr>
            <w:tcW w:w="992" w:type="dxa"/>
            <w:tcMar>
              <w:top w:w="90" w:type="dxa"/>
              <w:left w:w="90" w:type="dxa"/>
              <w:bottom w:w="90" w:type="dxa"/>
              <w:right w:w="90" w:type="dxa"/>
            </w:tcMar>
            <w:vAlign w:val="center"/>
          </w:tcPr>
          <w:p w14:paraId="412DD878" w14:textId="2DFD77ED" w:rsidR="004249EE" w:rsidRPr="008C6382" w:rsidRDefault="004249EE">
            <w:pPr>
              <w:jc w:val="center"/>
              <w:rPr>
                <w:sz w:val="20"/>
                <w:szCs w:val="20"/>
              </w:rPr>
            </w:pPr>
          </w:p>
        </w:tc>
        <w:tc>
          <w:tcPr>
            <w:tcW w:w="7591" w:type="dxa"/>
            <w:tcMar>
              <w:top w:w="90" w:type="dxa"/>
              <w:left w:w="90" w:type="dxa"/>
              <w:bottom w:w="90" w:type="dxa"/>
              <w:right w:w="90" w:type="dxa"/>
            </w:tcMar>
            <w:vAlign w:val="center"/>
          </w:tcPr>
          <w:p w14:paraId="02EB378F" w14:textId="77777777" w:rsidR="004249EE" w:rsidRPr="008C6382" w:rsidRDefault="004249EE">
            <w:pPr>
              <w:rPr>
                <w:sz w:val="20"/>
                <w:szCs w:val="20"/>
              </w:rPr>
            </w:pPr>
          </w:p>
        </w:tc>
      </w:tr>
      <w:tr w:rsidR="004249EE" w:rsidRPr="008C6382" w14:paraId="38586D7F" w14:textId="77777777" w:rsidTr="001A79C5">
        <w:trPr>
          <w:cantSplit/>
          <w:trHeight w:val="20"/>
          <w:jc w:val="center"/>
        </w:trPr>
        <w:tc>
          <w:tcPr>
            <w:tcW w:w="5529" w:type="dxa"/>
            <w:tcMar>
              <w:top w:w="90" w:type="dxa"/>
              <w:left w:w="90" w:type="dxa"/>
              <w:bottom w:w="90" w:type="dxa"/>
              <w:right w:w="90" w:type="dxa"/>
            </w:tcMar>
            <w:vAlign w:val="center"/>
          </w:tcPr>
          <w:p w14:paraId="27939191" w14:textId="77777777" w:rsidR="004249EE" w:rsidRPr="008C6382" w:rsidRDefault="00000000" w:rsidP="008C6382">
            <w:pPr>
              <w:rPr>
                <w:sz w:val="20"/>
                <w:szCs w:val="20"/>
              </w:rPr>
            </w:pPr>
            <w:r w:rsidRPr="008C6382">
              <w:rPr>
                <w:sz w:val="20"/>
                <w:szCs w:val="20"/>
              </w:rPr>
              <w:t>Safe access, welfare facilities and breaks</w:t>
            </w:r>
          </w:p>
        </w:tc>
        <w:tc>
          <w:tcPr>
            <w:tcW w:w="992" w:type="dxa"/>
            <w:tcMar>
              <w:top w:w="90" w:type="dxa"/>
              <w:left w:w="90" w:type="dxa"/>
              <w:bottom w:w="90" w:type="dxa"/>
              <w:right w:w="90" w:type="dxa"/>
            </w:tcMar>
            <w:vAlign w:val="center"/>
          </w:tcPr>
          <w:p w14:paraId="4053F9D1" w14:textId="6FEE93FD" w:rsidR="004249EE" w:rsidRPr="008C6382" w:rsidRDefault="004249EE">
            <w:pPr>
              <w:jc w:val="center"/>
              <w:rPr>
                <w:sz w:val="20"/>
                <w:szCs w:val="20"/>
              </w:rPr>
            </w:pPr>
          </w:p>
        </w:tc>
        <w:tc>
          <w:tcPr>
            <w:tcW w:w="7591" w:type="dxa"/>
            <w:tcMar>
              <w:top w:w="90" w:type="dxa"/>
              <w:left w:w="90" w:type="dxa"/>
              <w:bottom w:w="90" w:type="dxa"/>
              <w:right w:w="90" w:type="dxa"/>
            </w:tcMar>
            <w:vAlign w:val="center"/>
          </w:tcPr>
          <w:p w14:paraId="6A05A809" w14:textId="77777777" w:rsidR="004249EE" w:rsidRPr="008C6382" w:rsidRDefault="004249EE">
            <w:pPr>
              <w:rPr>
                <w:sz w:val="20"/>
                <w:szCs w:val="20"/>
              </w:rPr>
            </w:pPr>
          </w:p>
        </w:tc>
      </w:tr>
      <w:tr w:rsidR="004249EE" w:rsidRPr="008C6382" w14:paraId="268EA6BA" w14:textId="77777777" w:rsidTr="001A79C5">
        <w:trPr>
          <w:cantSplit/>
          <w:trHeight w:val="20"/>
          <w:jc w:val="center"/>
        </w:trPr>
        <w:tc>
          <w:tcPr>
            <w:tcW w:w="5529" w:type="dxa"/>
            <w:tcMar>
              <w:top w:w="90" w:type="dxa"/>
              <w:left w:w="90" w:type="dxa"/>
              <w:bottom w:w="90" w:type="dxa"/>
              <w:right w:w="90" w:type="dxa"/>
            </w:tcMar>
            <w:vAlign w:val="center"/>
          </w:tcPr>
          <w:p w14:paraId="2900B5B0" w14:textId="77777777" w:rsidR="004249EE" w:rsidRPr="008C6382" w:rsidRDefault="00000000" w:rsidP="008C6382">
            <w:pPr>
              <w:rPr>
                <w:sz w:val="20"/>
                <w:szCs w:val="20"/>
              </w:rPr>
            </w:pPr>
            <w:r w:rsidRPr="008C6382">
              <w:rPr>
                <w:sz w:val="20"/>
                <w:szCs w:val="20"/>
              </w:rPr>
              <w:t>Expected behaviour and appropriate dress / PPE</w:t>
            </w:r>
          </w:p>
        </w:tc>
        <w:tc>
          <w:tcPr>
            <w:tcW w:w="992" w:type="dxa"/>
            <w:tcMar>
              <w:top w:w="90" w:type="dxa"/>
              <w:left w:w="90" w:type="dxa"/>
              <w:bottom w:w="90" w:type="dxa"/>
              <w:right w:w="90" w:type="dxa"/>
            </w:tcMar>
            <w:vAlign w:val="center"/>
          </w:tcPr>
          <w:p w14:paraId="14E8EB90" w14:textId="2EB04965" w:rsidR="004249EE" w:rsidRPr="008C6382" w:rsidRDefault="004249EE">
            <w:pPr>
              <w:jc w:val="center"/>
              <w:rPr>
                <w:sz w:val="20"/>
                <w:szCs w:val="20"/>
              </w:rPr>
            </w:pPr>
          </w:p>
        </w:tc>
        <w:tc>
          <w:tcPr>
            <w:tcW w:w="7591" w:type="dxa"/>
            <w:tcMar>
              <w:top w:w="90" w:type="dxa"/>
              <w:left w:w="90" w:type="dxa"/>
              <w:bottom w:w="90" w:type="dxa"/>
              <w:right w:w="90" w:type="dxa"/>
            </w:tcMar>
            <w:vAlign w:val="center"/>
          </w:tcPr>
          <w:p w14:paraId="5A39BBE3" w14:textId="77777777" w:rsidR="004249EE" w:rsidRPr="008C6382" w:rsidRDefault="004249EE">
            <w:pPr>
              <w:rPr>
                <w:sz w:val="20"/>
                <w:szCs w:val="20"/>
              </w:rPr>
            </w:pPr>
          </w:p>
        </w:tc>
      </w:tr>
      <w:tr w:rsidR="004249EE" w:rsidRPr="008C6382" w14:paraId="7C7900E4" w14:textId="77777777" w:rsidTr="001A79C5">
        <w:trPr>
          <w:cantSplit/>
          <w:trHeight w:val="20"/>
          <w:jc w:val="center"/>
        </w:trPr>
        <w:tc>
          <w:tcPr>
            <w:tcW w:w="5529" w:type="dxa"/>
            <w:tcMar>
              <w:top w:w="90" w:type="dxa"/>
              <w:left w:w="90" w:type="dxa"/>
              <w:bottom w:w="90" w:type="dxa"/>
              <w:right w:w="90" w:type="dxa"/>
            </w:tcMar>
            <w:vAlign w:val="center"/>
          </w:tcPr>
          <w:p w14:paraId="4D9F1E92" w14:textId="77777777" w:rsidR="004249EE" w:rsidRPr="008C6382" w:rsidRDefault="00000000" w:rsidP="008C6382">
            <w:pPr>
              <w:rPr>
                <w:sz w:val="20"/>
                <w:szCs w:val="20"/>
              </w:rPr>
            </w:pPr>
            <w:r w:rsidRPr="008C6382">
              <w:rPr>
                <w:sz w:val="20"/>
                <w:szCs w:val="20"/>
              </w:rPr>
              <w:t>Task instructions, equipment limits and prohibited activities</w:t>
            </w:r>
          </w:p>
        </w:tc>
        <w:tc>
          <w:tcPr>
            <w:tcW w:w="992" w:type="dxa"/>
            <w:tcMar>
              <w:top w:w="90" w:type="dxa"/>
              <w:left w:w="90" w:type="dxa"/>
              <w:bottom w:w="90" w:type="dxa"/>
              <w:right w:w="90" w:type="dxa"/>
            </w:tcMar>
            <w:vAlign w:val="center"/>
          </w:tcPr>
          <w:p w14:paraId="351D0424" w14:textId="3BFC8487" w:rsidR="004249EE" w:rsidRPr="008C6382" w:rsidRDefault="004249EE">
            <w:pPr>
              <w:jc w:val="center"/>
              <w:rPr>
                <w:sz w:val="20"/>
                <w:szCs w:val="20"/>
              </w:rPr>
            </w:pPr>
          </w:p>
        </w:tc>
        <w:tc>
          <w:tcPr>
            <w:tcW w:w="7591" w:type="dxa"/>
            <w:tcMar>
              <w:top w:w="90" w:type="dxa"/>
              <w:left w:w="90" w:type="dxa"/>
              <w:bottom w:w="90" w:type="dxa"/>
              <w:right w:w="90" w:type="dxa"/>
            </w:tcMar>
            <w:vAlign w:val="center"/>
          </w:tcPr>
          <w:p w14:paraId="41C8F396" w14:textId="77777777" w:rsidR="004249EE" w:rsidRPr="008C6382" w:rsidRDefault="004249EE">
            <w:pPr>
              <w:rPr>
                <w:sz w:val="20"/>
                <w:szCs w:val="20"/>
              </w:rPr>
            </w:pPr>
          </w:p>
        </w:tc>
      </w:tr>
      <w:tr w:rsidR="004249EE" w:rsidRPr="008C6382" w14:paraId="71304C86" w14:textId="77777777" w:rsidTr="001A79C5">
        <w:trPr>
          <w:cantSplit/>
          <w:trHeight w:val="20"/>
          <w:jc w:val="center"/>
        </w:trPr>
        <w:tc>
          <w:tcPr>
            <w:tcW w:w="5529" w:type="dxa"/>
            <w:tcMar>
              <w:top w:w="90" w:type="dxa"/>
              <w:left w:w="90" w:type="dxa"/>
              <w:bottom w:w="90" w:type="dxa"/>
              <w:right w:w="90" w:type="dxa"/>
            </w:tcMar>
            <w:vAlign w:val="center"/>
          </w:tcPr>
          <w:p w14:paraId="6D522AC8" w14:textId="77777777" w:rsidR="004249EE" w:rsidRPr="008C6382" w:rsidRDefault="00000000" w:rsidP="008C6382">
            <w:pPr>
              <w:rPr>
                <w:sz w:val="20"/>
                <w:szCs w:val="20"/>
              </w:rPr>
            </w:pPr>
            <w:r w:rsidRPr="008C6382">
              <w:rPr>
                <w:sz w:val="20"/>
                <w:szCs w:val="20"/>
              </w:rPr>
              <w:t>Supervision arrangements and how to ask for help</w:t>
            </w:r>
          </w:p>
        </w:tc>
        <w:tc>
          <w:tcPr>
            <w:tcW w:w="992" w:type="dxa"/>
            <w:tcMar>
              <w:top w:w="90" w:type="dxa"/>
              <w:left w:w="90" w:type="dxa"/>
              <w:bottom w:w="90" w:type="dxa"/>
              <w:right w:w="90" w:type="dxa"/>
            </w:tcMar>
            <w:vAlign w:val="center"/>
          </w:tcPr>
          <w:p w14:paraId="418A20AE" w14:textId="61750AE7" w:rsidR="004249EE" w:rsidRPr="008C6382" w:rsidRDefault="004249EE">
            <w:pPr>
              <w:jc w:val="center"/>
              <w:rPr>
                <w:sz w:val="20"/>
                <w:szCs w:val="20"/>
              </w:rPr>
            </w:pPr>
          </w:p>
        </w:tc>
        <w:tc>
          <w:tcPr>
            <w:tcW w:w="7591" w:type="dxa"/>
            <w:tcMar>
              <w:top w:w="90" w:type="dxa"/>
              <w:left w:w="90" w:type="dxa"/>
              <w:bottom w:w="90" w:type="dxa"/>
              <w:right w:w="90" w:type="dxa"/>
            </w:tcMar>
            <w:vAlign w:val="center"/>
          </w:tcPr>
          <w:p w14:paraId="72A3D3EC" w14:textId="77777777" w:rsidR="004249EE" w:rsidRPr="008C6382" w:rsidRDefault="004249EE">
            <w:pPr>
              <w:rPr>
                <w:sz w:val="20"/>
                <w:szCs w:val="20"/>
              </w:rPr>
            </w:pPr>
          </w:p>
        </w:tc>
      </w:tr>
      <w:tr w:rsidR="004249EE" w:rsidRPr="008C6382" w14:paraId="2BD67D6E" w14:textId="77777777" w:rsidTr="001A79C5">
        <w:trPr>
          <w:cantSplit/>
          <w:trHeight w:val="20"/>
          <w:jc w:val="center"/>
        </w:trPr>
        <w:tc>
          <w:tcPr>
            <w:tcW w:w="5529" w:type="dxa"/>
            <w:tcMar>
              <w:top w:w="90" w:type="dxa"/>
              <w:left w:w="90" w:type="dxa"/>
              <w:bottom w:w="90" w:type="dxa"/>
              <w:right w:w="90" w:type="dxa"/>
            </w:tcMar>
            <w:vAlign w:val="center"/>
          </w:tcPr>
          <w:p w14:paraId="4B587EEB" w14:textId="77777777" w:rsidR="004249EE" w:rsidRPr="008C6382" w:rsidRDefault="00000000" w:rsidP="008C6382">
            <w:pPr>
              <w:rPr>
                <w:sz w:val="20"/>
                <w:szCs w:val="20"/>
              </w:rPr>
            </w:pPr>
            <w:r w:rsidRPr="008C6382">
              <w:rPr>
                <w:sz w:val="20"/>
                <w:szCs w:val="20"/>
              </w:rPr>
              <w:t>Accident, near-miss and concern reporting</w:t>
            </w:r>
          </w:p>
        </w:tc>
        <w:tc>
          <w:tcPr>
            <w:tcW w:w="992" w:type="dxa"/>
            <w:tcMar>
              <w:top w:w="90" w:type="dxa"/>
              <w:left w:w="90" w:type="dxa"/>
              <w:bottom w:w="90" w:type="dxa"/>
              <w:right w:w="90" w:type="dxa"/>
            </w:tcMar>
            <w:vAlign w:val="center"/>
          </w:tcPr>
          <w:p w14:paraId="2027F543" w14:textId="62303448" w:rsidR="004249EE" w:rsidRPr="008C6382" w:rsidRDefault="004249EE">
            <w:pPr>
              <w:jc w:val="center"/>
              <w:rPr>
                <w:sz w:val="20"/>
                <w:szCs w:val="20"/>
              </w:rPr>
            </w:pPr>
          </w:p>
        </w:tc>
        <w:tc>
          <w:tcPr>
            <w:tcW w:w="7591" w:type="dxa"/>
            <w:tcMar>
              <w:top w:w="90" w:type="dxa"/>
              <w:left w:w="90" w:type="dxa"/>
              <w:bottom w:w="90" w:type="dxa"/>
              <w:right w:w="90" w:type="dxa"/>
            </w:tcMar>
            <w:vAlign w:val="center"/>
          </w:tcPr>
          <w:p w14:paraId="0D0B940D" w14:textId="77777777" w:rsidR="004249EE" w:rsidRPr="008C6382" w:rsidRDefault="004249EE">
            <w:pPr>
              <w:rPr>
                <w:sz w:val="20"/>
                <w:szCs w:val="20"/>
              </w:rPr>
            </w:pPr>
          </w:p>
        </w:tc>
      </w:tr>
      <w:tr w:rsidR="004249EE" w:rsidRPr="008C6382" w14:paraId="57C88A09" w14:textId="77777777" w:rsidTr="001A79C5">
        <w:trPr>
          <w:cantSplit/>
          <w:trHeight w:val="113"/>
          <w:jc w:val="center"/>
        </w:trPr>
        <w:tc>
          <w:tcPr>
            <w:tcW w:w="5529" w:type="dxa"/>
            <w:tcMar>
              <w:top w:w="90" w:type="dxa"/>
              <w:left w:w="90" w:type="dxa"/>
              <w:bottom w:w="90" w:type="dxa"/>
              <w:right w:w="90" w:type="dxa"/>
            </w:tcMar>
            <w:vAlign w:val="center"/>
          </w:tcPr>
          <w:p w14:paraId="53D02DC1" w14:textId="77777777" w:rsidR="004249EE" w:rsidRPr="008C6382" w:rsidRDefault="00000000" w:rsidP="008C6382">
            <w:pPr>
              <w:rPr>
                <w:sz w:val="20"/>
                <w:szCs w:val="20"/>
              </w:rPr>
            </w:pPr>
            <w:r w:rsidRPr="008C6382">
              <w:rPr>
                <w:sz w:val="20"/>
                <w:szCs w:val="20"/>
              </w:rPr>
              <w:t>Confidentiality, data protection and safeguarding</w:t>
            </w:r>
          </w:p>
        </w:tc>
        <w:tc>
          <w:tcPr>
            <w:tcW w:w="992" w:type="dxa"/>
            <w:tcMar>
              <w:top w:w="90" w:type="dxa"/>
              <w:left w:w="90" w:type="dxa"/>
              <w:bottom w:w="90" w:type="dxa"/>
              <w:right w:w="90" w:type="dxa"/>
            </w:tcMar>
            <w:vAlign w:val="center"/>
          </w:tcPr>
          <w:p w14:paraId="7BF29469" w14:textId="6E528B5D" w:rsidR="004249EE" w:rsidRPr="008C6382" w:rsidRDefault="004249EE">
            <w:pPr>
              <w:jc w:val="center"/>
              <w:rPr>
                <w:sz w:val="20"/>
                <w:szCs w:val="20"/>
              </w:rPr>
            </w:pPr>
          </w:p>
        </w:tc>
        <w:tc>
          <w:tcPr>
            <w:tcW w:w="7591" w:type="dxa"/>
            <w:tcMar>
              <w:top w:w="90" w:type="dxa"/>
              <w:left w:w="90" w:type="dxa"/>
              <w:bottom w:w="90" w:type="dxa"/>
              <w:right w:w="90" w:type="dxa"/>
            </w:tcMar>
            <w:vAlign w:val="center"/>
          </w:tcPr>
          <w:p w14:paraId="0E27B00A" w14:textId="77777777" w:rsidR="004249EE" w:rsidRPr="008C6382" w:rsidRDefault="004249EE">
            <w:pPr>
              <w:rPr>
                <w:sz w:val="20"/>
                <w:szCs w:val="20"/>
              </w:rPr>
            </w:pPr>
          </w:p>
        </w:tc>
      </w:tr>
      <w:tr w:rsidR="004249EE" w:rsidRPr="008C6382" w14:paraId="3E4B64C6" w14:textId="77777777" w:rsidTr="001A79C5">
        <w:trPr>
          <w:cantSplit/>
          <w:trHeight w:val="113"/>
          <w:jc w:val="center"/>
        </w:trPr>
        <w:tc>
          <w:tcPr>
            <w:tcW w:w="5529" w:type="dxa"/>
            <w:tcMar>
              <w:top w:w="90" w:type="dxa"/>
              <w:left w:w="90" w:type="dxa"/>
              <w:bottom w:w="90" w:type="dxa"/>
              <w:right w:w="90" w:type="dxa"/>
            </w:tcMar>
            <w:vAlign w:val="center"/>
          </w:tcPr>
          <w:p w14:paraId="1DD029DA" w14:textId="77777777" w:rsidR="004249EE" w:rsidRPr="008C6382" w:rsidRDefault="00000000" w:rsidP="008C6382">
            <w:pPr>
              <w:rPr>
                <w:sz w:val="20"/>
                <w:szCs w:val="20"/>
              </w:rPr>
            </w:pPr>
            <w:r w:rsidRPr="008C6382">
              <w:rPr>
                <w:sz w:val="20"/>
                <w:szCs w:val="20"/>
              </w:rPr>
              <w:t>Any individual adjustments or support arrangements</w:t>
            </w:r>
          </w:p>
        </w:tc>
        <w:tc>
          <w:tcPr>
            <w:tcW w:w="992" w:type="dxa"/>
            <w:tcMar>
              <w:top w:w="90" w:type="dxa"/>
              <w:left w:w="90" w:type="dxa"/>
              <w:bottom w:w="90" w:type="dxa"/>
              <w:right w:w="90" w:type="dxa"/>
            </w:tcMar>
            <w:vAlign w:val="center"/>
          </w:tcPr>
          <w:p w14:paraId="7C9F31AF" w14:textId="6FB96D7C" w:rsidR="004249EE" w:rsidRPr="008C6382" w:rsidRDefault="004249EE">
            <w:pPr>
              <w:jc w:val="center"/>
              <w:rPr>
                <w:sz w:val="20"/>
                <w:szCs w:val="20"/>
              </w:rPr>
            </w:pPr>
          </w:p>
        </w:tc>
        <w:tc>
          <w:tcPr>
            <w:tcW w:w="7591" w:type="dxa"/>
            <w:tcMar>
              <w:top w:w="90" w:type="dxa"/>
              <w:left w:w="90" w:type="dxa"/>
              <w:bottom w:w="90" w:type="dxa"/>
              <w:right w:w="90" w:type="dxa"/>
            </w:tcMar>
            <w:vAlign w:val="center"/>
          </w:tcPr>
          <w:p w14:paraId="60061E4C" w14:textId="77777777" w:rsidR="004249EE" w:rsidRPr="008C6382" w:rsidRDefault="004249EE">
            <w:pPr>
              <w:rPr>
                <w:sz w:val="20"/>
                <w:szCs w:val="20"/>
              </w:rPr>
            </w:pPr>
          </w:p>
        </w:tc>
      </w:tr>
    </w:tbl>
    <w:p w14:paraId="620BCE77" w14:textId="77777777" w:rsidR="003D4180" w:rsidRDefault="003D4180" w:rsidP="003D4180">
      <w:pPr>
        <w:pStyle w:val="Heading1"/>
        <w:spacing w:before="0"/>
        <w:rPr>
          <w:color w:val="002060"/>
        </w:rPr>
      </w:pPr>
    </w:p>
    <w:p w14:paraId="6983BE73" w14:textId="77777777" w:rsidR="003D4180" w:rsidRDefault="003D4180" w:rsidP="003D4180">
      <w:pPr>
        <w:pStyle w:val="Heading1"/>
        <w:spacing w:before="0"/>
        <w:rPr>
          <w:color w:val="002060"/>
        </w:rPr>
      </w:pPr>
    </w:p>
    <w:p w14:paraId="12882A37" w14:textId="79FC9241" w:rsidR="004249EE" w:rsidRDefault="28463A45" w:rsidP="003D4180">
      <w:pPr>
        <w:pStyle w:val="Heading1"/>
        <w:spacing w:before="0"/>
        <w:rPr>
          <w:color w:val="002060"/>
        </w:rPr>
      </w:pPr>
      <w:r w:rsidRPr="28463A45">
        <w:rPr>
          <w:color w:val="002060"/>
        </w:rPr>
        <w:t>7. Approval and review</w:t>
      </w:r>
    </w:p>
    <w:tbl>
      <w:tblPr>
        <w:tblStyle w:val="TableGrid"/>
        <w:tblW w:w="0" w:type="auto"/>
        <w:tblLook w:val="04A0" w:firstRow="1" w:lastRow="0" w:firstColumn="1" w:lastColumn="0" w:noHBand="0" w:noVBand="1"/>
      </w:tblPr>
      <w:tblGrid>
        <w:gridCol w:w="14100"/>
      </w:tblGrid>
      <w:tr w:rsidR="28463A45" w14:paraId="46F722D1" w14:textId="77777777" w:rsidTr="28463A45">
        <w:tc>
          <w:tcPr>
            <w:tcW w:w="14100" w:type="dxa"/>
          </w:tcPr>
          <w:p w14:paraId="7023B0F5" w14:textId="2F2CA4CD" w:rsidR="28463A45" w:rsidRPr="003D4180" w:rsidRDefault="28463A45" w:rsidP="28463A45">
            <w:pPr>
              <w:rPr>
                <w:sz w:val="22"/>
              </w:rPr>
            </w:pPr>
            <w:r w:rsidRPr="003D4180">
              <w:rPr>
                <w:b/>
                <w:bCs/>
                <w:color w:val="002060"/>
                <w:sz w:val="22"/>
              </w:rPr>
              <w:t>Assessor name and signature</w:t>
            </w:r>
            <w:r w:rsidRPr="003D4180">
              <w:rPr>
                <w:sz w:val="22"/>
              </w:rPr>
              <w:br/>
              <w:t>Name: ____________________   Signature: ____________________</w:t>
            </w:r>
          </w:p>
        </w:tc>
      </w:tr>
      <w:tr w:rsidR="28463A45" w14:paraId="2057E425" w14:textId="77777777" w:rsidTr="28463A45">
        <w:tc>
          <w:tcPr>
            <w:tcW w:w="14100" w:type="dxa"/>
          </w:tcPr>
          <w:p w14:paraId="2999CA3A" w14:textId="54F2448F" w:rsidR="28463A45" w:rsidRPr="003D4180" w:rsidRDefault="28463A45" w:rsidP="28463A45">
            <w:pPr>
              <w:rPr>
                <w:sz w:val="22"/>
              </w:rPr>
            </w:pPr>
            <w:r w:rsidRPr="003D4180">
              <w:rPr>
                <w:b/>
                <w:bCs/>
                <w:color w:val="002060"/>
                <w:sz w:val="22"/>
              </w:rPr>
              <w:t>Manager / placement supervisor approval</w:t>
            </w:r>
            <w:r w:rsidRPr="003D4180">
              <w:rPr>
                <w:sz w:val="22"/>
              </w:rPr>
              <w:br/>
              <w:t>Name: ____________________   Signature: ____________________</w:t>
            </w:r>
          </w:p>
        </w:tc>
      </w:tr>
      <w:tr w:rsidR="28463A45" w14:paraId="1CD3CE81" w14:textId="77777777" w:rsidTr="28463A45">
        <w:tc>
          <w:tcPr>
            <w:tcW w:w="14100" w:type="dxa"/>
          </w:tcPr>
          <w:p w14:paraId="4628610F" w14:textId="39E5D810" w:rsidR="28463A45" w:rsidRPr="003D4180" w:rsidRDefault="28463A45" w:rsidP="28463A45">
            <w:pPr>
              <w:rPr>
                <w:sz w:val="22"/>
              </w:rPr>
            </w:pPr>
            <w:r w:rsidRPr="003D4180">
              <w:rPr>
                <w:b/>
                <w:bCs/>
                <w:color w:val="002060"/>
                <w:sz w:val="22"/>
              </w:rPr>
              <w:t>Young person acknowledgement</w:t>
            </w:r>
            <w:r w:rsidRPr="003D4180">
              <w:rPr>
                <w:sz w:val="22"/>
              </w:rPr>
              <w:br/>
              <w:t>Name: ____________________   Signature: ____________________</w:t>
            </w:r>
          </w:p>
        </w:tc>
      </w:tr>
      <w:tr w:rsidR="28463A45" w14:paraId="4C133DDF" w14:textId="77777777" w:rsidTr="28463A45">
        <w:tc>
          <w:tcPr>
            <w:tcW w:w="14100" w:type="dxa"/>
          </w:tcPr>
          <w:p w14:paraId="5C3936C4" w14:textId="0A7D7A4B" w:rsidR="28463A45" w:rsidRPr="003D4180" w:rsidRDefault="28463A45" w:rsidP="28463A45">
            <w:pPr>
              <w:rPr>
                <w:sz w:val="22"/>
              </w:rPr>
            </w:pPr>
            <w:r w:rsidRPr="003D4180">
              <w:rPr>
                <w:b/>
                <w:bCs/>
                <w:color w:val="002060"/>
                <w:sz w:val="22"/>
              </w:rPr>
              <w:t>Date</w:t>
            </w:r>
            <w:r w:rsidRPr="003D4180">
              <w:rPr>
                <w:sz w:val="22"/>
              </w:rPr>
              <w:br/>
              <w:t>DD/MM/YYYY</w:t>
            </w:r>
          </w:p>
        </w:tc>
      </w:tr>
      <w:tr w:rsidR="28463A45" w14:paraId="72BD5E96" w14:textId="77777777" w:rsidTr="28463A45">
        <w:tc>
          <w:tcPr>
            <w:tcW w:w="14100" w:type="dxa"/>
          </w:tcPr>
          <w:p w14:paraId="12EA79EC" w14:textId="700138BD" w:rsidR="28463A45" w:rsidRPr="003D4180" w:rsidRDefault="28463A45" w:rsidP="28463A45">
            <w:pPr>
              <w:rPr>
                <w:sz w:val="22"/>
              </w:rPr>
            </w:pPr>
            <w:r w:rsidRPr="003D4180">
              <w:rPr>
                <w:b/>
                <w:bCs/>
                <w:color w:val="002060"/>
                <w:sz w:val="22"/>
              </w:rPr>
              <w:t>Review trigger / date</w:t>
            </w:r>
            <w:r w:rsidRPr="003D4180">
              <w:rPr>
                <w:sz w:val="22"/>
              </w:rPr>
              <w:br/>
              <w:t>Click or tap here to enter text.</w:t>
            </w:r>
          </w:p>
        </w:tc>
      </w:tr>
    </w:tbl>
    <w:p w14:paraId="3D36045E" w14:textId="77777777" w:rsidR="00EA335A" w:rsidRDefault="00EA335A"/>
    <w:sectPr w:rsidR="00EA335A" w:rsidSect="00034616">
      <w:pgSz w:w="15840" w:h="12240"/>
      <w:pgMar w:top="792" w:right="864" w:bottom="792"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48AB1" w14:textId="77777777" w:rsidR="00EA335A" w:rsidRDefault="00EA335A">
      <w:pPr>
        <w:spacing w:after="0" w:line="240" w:lineRule="auto"/>
      </w:pPr>
      <w:r>
        <w:separator/>
      </w:r>
    </w:p>
  </w:endnote>
  <w:endnote w:type="continuationSeparator" w:id="0">
    <w:p w14:paraId="6D51844B" w14:textId="77777777" w:rsidR="00EA335A" w:rsidRDefault="00EA3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190CE" w14:textId="77777777" w:rsidR="00CB20FA" w:rsidRDefault="00CB20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EDFC" w14:textId="30164998" w:rsidR="004249EE" w:rsidRDefault="28463A45" w:rsidP="28463A45">
    <w:pPr>
      <w:pStyle w:val="Footer"/>
      <w:jc w:val="center"/>
      <w:rPr>
        <w:color w:val="646464"/>
        <w:sz w:val="14"/>
        <w:szCs w:val="14"/>
      </w:rPr>
    </w:pPr>
    <w:r w:rsidRPr="28463A45">
      <w:rPr>
        <w:color w:val="646464"/>
        <w:sz w:val="14"/>
        <w:szCs w:val="14"/>
      </w:rPr>
      <w:t xml:space="preserve">Template guidance only. The employer remains responsible for assessing and controlling the risks arising from the actual placement. Template guidance only.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BC222" w14:textId="77777777" w:rsidR="00CB20FA" w:rsidRDefault="00CB20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75D03" w14:textId="77777777" w:rsidR="00EA335A" w:rsidRDefault="00EA335A">
      <w:pPr>
        <w:spacing w:after="0" w:line="240" w:lineRule="auto"/>
      </w:pPr>
      <w:r>
        <w:separator/>
      </w:r>
    </w:p>
  </w:footnote>
  <w:footnote w:type="continuationSeparator" w:id="0">
    <w:p w14:paraId="0E755204" w14:textId="77777777" w:rsidR="00EA335A" w:rsidRDefault="00EA33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CE509" w14:textId="77777777" w:rsidR="00CB20FA" w:rsidRDefault="00CB20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BBE8" w14:textId="1D8ED707" w:rsidR="004249EE" w:rsidRDefault="004249EE" w:rsidP="28463A45">
    <w:pPr>
      <w:pStyle w:val="Header"/>
      <w:jc w:val="right"/>
      <w:rPr>
        <w:b/>
        <w:bCs/>
        <w:color w:val="164A5E"/>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79903" w14:textId="77777777" w:rsidR="00CB20FA" w:rsidRDefault="00CB20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56018851">
    <w:abstractNumId w:val="8"/>
  </w:num>
  <w:num w:numId="2" w16cid:durableId="754206737">
    <w:abstractNumId w:val="6"/>
  </w:num>
  <w:num w:numId="3" w16cid:durableId="1351567501">
    <w:abstractNumId w:val="5"/>
  </w:num>
  <w:num w:numId="4" w16cid:durableId="1426347199">
    <w:abstractNumId w:val="4"/>
  </w:num>
  <w:num w:numId="5" w16cid:durableId="1951475299">
    <w:abstractNumId w:val="7"/>
  </w:num>
  <w:num w:numId="6" w16cid:durableId="1044985520">
    <w:abstractNumId w:val="3"/>
  </w:num>
  <w:num w:numId="7" w16cid:durableId="1934237838">
    <w:abstractNumId w:val="2"/>
  </w:num>
  <w:num w:numId="8" w16cid:durableId="217478951">
    <w:abstractNumId w:val="1"/>
  </w:num>
  <w:num w:numId="9" w16cid:durableId="614019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3527"/>
    <w:rsid w:val="0015074B"/>
    <w:rsid w:val="001A79C5"/>
    <w:rsid w:val="0029639D"/>
    <w:rsid w:val="002D1A12"/>
    <w:rsid w:val="002F5D04"/>
    <w:rsid w:val="00326F90"/>
    <w:rsid w:val="003D4180"/>
    <w:rsid w:val="004249EE"/>
    <w:rsid w:val="004F51E8"/>
    <w:rsid w:val="00592E1D"/>
    <w:rsid w:val="0061204C"/>
    <w:rsid w:val="006267BD"/>
    <w:rsid w:val="006424CE"/>
    <w:rsid w:val="006945B6"/>
    <w:rsid w:val="008C6382"/>
    <w:rsid w:val="0094629C"/>
    <w:rsid w:val="0094705B"/>
    <w:rsid w:val="00AA1D8D"/>
    <w:rsid w:val="00B47730"/>
    <w:rsid w:val="00CB0664"/>
    <w:rsid w:val="00CB20FA"/>
    <w:rsid w:val="00E72A4F"/>
    <w:rsid w:val="00EA335A"/>
    <w:rsid w:val="00EB7FA5"/>
    <w:rsid w:val="00F16C87"/>
    <w:rsid w:val="00F94040"/>
    <w:rsid w:val="00FC693F"/>
    <w:rsid w:val="04F586BE"/>
    <w:rsid w:val="1B57E3C1"/>
    <w:rsid w:val="26F4B969"/>
    <w:rsid w:val="28463A45"/>
    <w:rsid w:val="43E171FA"/>
    <w:rsid w:val="5DC0D787"/>
    <w:rsid w:val="5E97805F"/>
    <w:rsid w:val="6B9E3998"/>
    <w:rsid w:val="7C413A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0A8072D-7D7C-470E-AE76-A4342D5BC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64A5E"/>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D697D"/>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64A5E"/>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311E2C9A06E12408C61D0DFCF0FC8CC" ma:contentTypeVersion="18" ma:contentTypeDescription="Create a new document." ma:contentTypeScope="" ma:versionID="302726f6ea821d996754424a4143c2ab">
  <xsd:schema xmlns:xsd="http://www.w3.org/2001/XMLSchema" xmlns:xs="http://www.w3.org/2001/XMLSchema" xmlns:p="http://schemas.microsoft.com/office/2006/metadata/properties" xmlns:ns2="48a7b1ab-aeea-4c6a-b264-3260a5daa856" xmlns:ns3="e449a853-423d-4908-9019-f9a1da12661f" targetNamespace="http://schemas.microsoft.com/office/2006/metadata/properties" ma:root="true" ma:fieldsID="08fff6b0559e9c370b3fe2b5626bfd13" ns2:_="" ns3:_="">
    <xsd:import namespace="48a7b1ab-aeea-4c6a-b264-3260a5daa856"/>
    <xsd:import namespace="e449a853-423d-4908-9019-f9a1da1266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a7b1ab-aeea-4c6a-b264-3260a5daa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33eb1af-139c-4f13-9a60-39a7f467d5a4"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49a853-423d-4908-9019-f9a1da12661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df92f6c-2b82-447d-93e1-75725dcc4dfb}" ma:internalName="TaxCatchAll" ma:showField="CatchAllData" ma:web="e449a853-423d-4908-9019-f9a1da12661f">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449a853-423d-4908-9019-f9a1da12661f" xsi:nil="true"/>
    <lcf76f155ced4ddcb4097134ff3c332f xmlns="48a7b1ab-aeea-4c6a-b264-3260a5daa85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3B53B65F-DE71-448B-B75D-A9C01FF52C2A}"/>
</file>

<file path=customXml/itemProps3.xml><?xml version="1.0" encoding="utf-8"?>
<ds:datastoreItem xmlns:ds="http://schemas.openxmlformats.org/officeDocument/2006/customXml" ds:itemID="{171F419A-C8A1-4CFC-927C-B2A267BDE7E5}"/>
</file>

<file path=customXml/itemProps4.xml><?xml version="1.0" encoding="utf-8"?>
<ds:datastoreItem xmlns:ds="http://schemas.openxmlformats.org/officeDocument/2006/customXml" ds:itemID="{6793721A-8641-4504-92F3-E4BDA4CD69F4}"/>
</file>

<file path=docProps/app.xml><?xml version="1.0" encoding="utf-8"?>
<Properties xmlns="http://schemas.openxmlformats.org/officeDocument/2006/extended-properties" xmlns:vt="http://schemas.openxmlformats.org/officeDocument/2006/docPropsVTypes">
  <Template>Normal.dotm</Template>
  <TotalTime>16</TotalTime>
  <Pages>4</Pages>
  <Words>1130</Words>
  <Characters>6445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Young Person’s Work Placement Risk Assessment Template</vt:lpstr>
    </vt:vector>
  </TitlesOfParts>
  <Manager/>
  <Company/>
  <LinksUpToDate>false</LinksUpToDate>
  <CharactersWithSpaces>7560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Young Person’s Work Placement Risk Assessment Template</dc:title>
  <dc:subject>Editable work placement risk assessment form</dc:subject>
  <dc:creator>Michelle Fenwick</dc:creator>
  <cp:keywords/>
  <dc:description>generated by python-docx</dc:description>
  <cp:lastModifiedBy>Michelle Fenwick</cp:lastModifiedBy>
  <cp:revision>19</cp:revision>
  <dcterms:created xsi:type="dcterms:W3CDTF">2026-08-28T08:32:00Z</dcterms:created>
  <dcterms:modified xsi:type="dcterms:W3CDTF">2026-08-28T09:12:00Z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0x010100E311E2C9A06E12408C61D0DFCF0FC8CC</vt:lpwstr>
  </property>
  <property fmtid="{D5CDD505-2E9C-101B-9397-08002B2CF9AE}" pid="4" name="docLang">
    <vt:lpwstr>en</vt:lpwstr>
  </property>
  <property fmtid="{D5CDD505-2E9C-101B-9397-08002B2CF9AE}" pid="5" name="MediaServiceImageTags">
    <vt:lpwstr/>
  </property>
</Properties>
</file>